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D9192" w14:textId="77777777" w:rsidR="000354B4" w:rsidRDefault="000354B4" w:rsidP="00DD27E1">
      <w:pPr>
        <w:ind w:right="18"/>
        <w:jc w:val="center"/>
        <w:rPr>
          <w:b/>
          <w:color w:val="F28C28"/>
          <w:sz w:val="32"/>
        </w:rPr>
      </w:pPr>
      <w:r w:rsidRPr="00835615"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18AE7154" wp14:editId="773E61A1">
            <wp:extent cx="1687752" cy="485025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W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201" cy="48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0B3C8" w14:textId="3BF80F15" w:rsidR="00395C4A" w:rsidRDefault="00ED685D">
      <w:pPr>
        <w:jc w:val="center"/>
      </w:pPr>
      <w:r>
        <w:rPr>
          <w:b/>
          <w:color w:val="F28C28"/>
          <w:sz w:val="32"/>
        </w:rPr>
        <w:t xml:space="preserve">Stock Market Game • </w:t>
      </w:r>
      <w:r w:rsidR="002F583F">
        <w:rPr>
          <w:b/>
          <w:color w:val="F28C28"/>
          <w:sz w:val="32"/>
        </w:rPr>
        <w:t xml:space="preserve">Student </w:t>
      </w:r>
      <w:r>
        <w:rPr>
          <w:b/>
          <w:color w:val="F28C28"/>
          <w:sz w:val="32"/>
        </w:rPr>
        <w:t>Writing Organizer</w:t>
      </w:r>
    </w:p>
    <w:p w14:paraId="5C3DED80" w14:textId="171991F4" w:rsidR="00395C4A" w:rsidRPr="009165B9" w:rsidRDefault="000354B4">
      <w:pPr>
        <w:jc w:val="center"/>
        <w:rPr>
          <w:color w:val="auto"/>
        </w:rPr>
      </w:pPr>
      <w:r w:rsidRPr="009165B9">
        <w:rPr>
          <w:b/>
          <w:color w:val="auto"/>
          <w:sz w:val="22"/>
        </w:rPr>
        <w:t>Fall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"/>
        <w:gridCol w:w="10174"/>
        <w:gridCol w:w="230"/>
        <w:gridCol w:w="30"/>
        <w:gridCol w:w="19"/>
      </w:tblGrid>
      <w:tr w:rsidR="00395C4A" w14:paraId="1D925939" w14:textId="77777777" w:rsidTr="00F27602">
        <w:trPr>
          <w:gridBefore w:val="1"/>
          <w:gridAfter w:val="1"/>
          <w:wBefore w:w="40" w:type="dxa"/>
          <w:wAfter w:w="19" w:type="dxa"/>
          <w:jc w:val="center"/>
        </w:trPr>
        <w:tc>
          <w:tcPr>
            <w:tcW w:w="10174" w:type="dxa"/>
            <w:shd w:val="clear" w:color="auto" w:fill="FDE9D9" w:themeFill="accent6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CD2C47" w14:textId="28070C90" w:rsidR="00395C4A" w:rsidRDefault="00F27602" w:rsidP="00F27602">
            <w:r w:rsidRPr="00F27602">
              <w:rPr>
                <w:b/>
                <w:color w:val="F79646" w:themeColor="accent6"/>
              </w:rPr>
              <w:t>TEACHER NOTE</w:t>
            </w:r>
            <w:r w:rsidRPr="00F27602">
              <w:br/>
              <w:t>Please complete the teacher-specific areas on Page 4 and adjust prompts as needed to match classroom rigor and grade-level expectations.</w:t>
            </w:r>
          </w:p>
        </w:tc>
        <w:tc>
          <w:tcPr>
            <w:tcW w:w="260" w:type="dxa"/>
            <w:gridSpan w:val="2"/>
            <w:shd w:val="clear" w:color="auto" w:fill="FDE9D9" w:themeFill="accent6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288566" w14:textId="45D94574" w:rsidR="00395C4A" w:rsidRDefault="00395C4A"/>
        </w:tc>
      </w:tr>
      <w:tr w:rsidR="00395C4A" w14:paraId="44515B99" w14:textId="77777777" w:rsidTr="00F27602">
        <w:trPr>
          <w:gridBefore w:val="1"/>
          <w:gridAfter w:val="2"/>
          <w:wBefore w:w="40" w:type="dxa"/>
          <w:wAfter w:w="49" w:type="dxa"/>
          <w:jc w:val="center"/>
        </w:trPr>
        <w:tc>
          <w:tcPr>
            <w:tcW w:w="10404" w:type="dxa"/>
            <w:gridSpan w:val="2"/>
            <w:shd w:val="clear" w:color="auto" w:fill="FFFFFF" w:themeFill="background1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7EA88278" w14:textId="77777777" w:rsidR="00F27602" w:rsidRDefault="00F27602">
            <w:pPr>
              <w:rPr>
                <w:b/>
                <w:color w:val="F28C28"/>
              </w:rPr>
            </w:pPr>
          </w:p>
          <w:p w14:paraId="127597E8" w14:textId="77F06579" w:rsidR="00395C4A" w:rsidRPr="00F27602" w:rsidRDefault="00F27602" w:rsidP="00F27602">
            <w:pPr>
              <w:spacing w:line="480" w:lineRule="auto"/>
              <w:jc w:val="center"/>
              <w:rPr>
                <w:b/>
                <w:color w:val="auto"/>
              </w:rPr>
            </w:pPr>
            <w:r w:rsidRPr="00F27602">
              <w:rPr>
                <w:b/>
                <w:color w:val="auto"/>
                <w:sz w:val="24"/>
                <w:szCs w:val="24"/>
              </w:rPr>
              <w:t>Student Name</w:t>
            </w:r>
            <w:r>
              <w:rPr>
                <w:b/>
                <w:color w:val="auto"/>
                <w:sz w:val="24"/>
                <w:szCs w:val="24"/>
              </w:rPr>
              <w:t xml:space="preserve"> and Class</w:t>
            </w:r>
            <w:r w:rsidRPr="00F27602">
              <w:rPr>
                <w:b/>
                <w:color w:val="auto"/>
                <w:sz w:val="24"/>
                <w:szCs w:val="24"/>
              </w:rPr>
              <w:t>:</w:t>
            </w:r>
            <w:r>
              <w:br/>
              <w:t>_______________________________</w:t>
            </w:r>
            <w:r w:rsidR="003739A1">
              <w:t>________________</w:t>
            </w:r>
          </w:p>
        </w:tc>
      </w:tr>
      <w:tr w:rsidR="00395C4A" w14:paraId="077E6152" w14:textId="77777777" w:rsidTr="00DD27E1">
        <w:trPr>
          <w:jc w:val="center"/>
        </w:trPr>
        <w:tc>
          <w:tcPr>
            <w:tcW w:w="10493" w:type="dxa"/>
            <w:gridSpan w:val="5"/>
            <w:shd w:val="clear" w:color="auto" w:fill="F28C2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0FA904A" w14:textId="77777777" w:rsidR="00395C4A" w:rsidRDefault="00ED685D" w:rsidP="00C90F7B">
            <w:pPr>
              <w:spacing w:after="0"/>
              <w:jc w:val="center"/>
            </w:pPr>
            <w:r>
              <w:rPr>
                <w:b/>
                <w:color w:val="FFFFFF"/>
                <w:sz w:val="26"/>
              </w:rPr>
              <w:t>YOUR INVESTWRITE CHALLENGE</w:t>
            </w:r>
          </w:p>
        </w:tc>
      </w:tr>
    </w:tbl>
    <w:p w14:paraId="16684103" w14:textId="77777777" w:rsidR="00395C4A" w:rsidRDefault="00395C4A">
      <w:pPr>
        <w:spacing w:after="20"/>
      </w:pPr>
    </w:p>
    <w:p w14:paraId="3892C8BD" w14:textId="0E67C653" w:rsidR="00395C4A" w:rsidRDefault="000354B4">
      <w:pPr>
        <w:jc w:val="center"/>
      </w:pPr>
      <w:r w:rsidRPr="000354B4">
        <w:rPr>
          <w:b/>
          <w:sz w:val="24"/>
        </w:rPr>
        <w:t>During the Stock Market Game, which stock, bond or mutual fund investment taught you the biggest lesson? How can you use that lesson to build your own long-term, diversified investment portfolio and to educate others about long-term investing?</w:t>
      </w:r>
    </w:p>
    <w:p w14:paraId="79E8F392" w14:textId="77777777" w:rsidR="00395C4A" w:rsidRDefault="00395C4A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76"/>
      </w:tblGrid>
      <w:tr w:rsidR="00395C4A" w14:paraId="22845AB8" w14:textId="77777777" w:rsidTr="00DD27E1">
        <w:trPr>
          <w:jc w:val="center"/>
        </w:trPr>
        <w:tc>
          <w:tcPr>
            <w:tcW w:w="10476" w:type="dxa"/>
            <w:shd w:val="clear" w:color="auto" w:fill="145DA0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8D51B47" w14:textId="77777777" w:rsidR="00395C4A" w:rsidRDefault="00ED685D" w:rsidP="00C90F7B">
            <w:pPr>
              <w:spacing w:after="0"/>
              <w:jc w:val="center"/>
            </w:pPr>
            <w:r>
              <w:rPr>
                <w:b/>
                <w:color w:val="FFFFFF"/>
                <w:sz w:val="26"/>
              </w:rPr>
              <w:t>WRITING ROADMAP</w:t>
            </w:r>
          </w:p>
        </w:tc>
      </w:tr>
    </w:tbl>
    <w:p w14:paraId="4A991C49" w14:textId="77777777" w:rsidR="00395C4A" w:rsidRDefault="00395C4A">
      <w:pPr>
        <w:spacing w:after="20"/>
      </w:pPr>
    </w:p>
    <w:p w14:paraId="18CCF25D" w14:textId="77777777" w:rsidR="00925D1E" w:rsidRPr="00411C9D" w:rsidRDefault="00925D1E" w:rsidP="00925D1E">
      <w:pPr>
        <w:pStyle w:val="ListBullet"/>
        <w:numPr>
          <w:ilvl w:val="0"/>
          <w:numId w:val="0"/>
        </w:numPr>
        <w:spacing w:after="60"/>
      </w:pPr>
      <w:r w:rsidRPr="00411C9D">
        <w:rPr>
          <w:rFonts w:asciiTheme="majorHAnsi" w:eastAsiaTheme="majorEastAsia" w:hAnsiTheme="majorHAnsi" w:cstheme="majorBidi"/>
          <w:b/>
          <w:bCs/>
          <w:color w:val="F28C28"/>
          <w:sz w:val="26"/>
          <w:szCs w:val="26"/>
        </w:rPr>
        <w:t>Introductory Paragraph</w:t>
      </w:r>
      <w:r>
        <w:t xml:space="preserve"> </w:t>
      </w:r>
      <w:r w:rsidRPr="00411C9D">
        <w:rPr>
          <w:b/>
          <w:bCs/>
          <w:color w:val="F79646" w:themeColor="accent6"/>
        </w:rPr>
        <w:t>—</w:t>
      </w:r>
      <w:r>
        <w:t xml:space="preserve"> </w:t>
      </w:r>
      <w:r w:rsidRPr="00411C9D">
        <w:rPr>
          <w:rFonts w:asciiTheme="majorHAnsi" w:eastAsiaTheme="majorEastAsia" w:hAnsiTheme="majorHAnsi" w:cstheme="majorBidi"/>
          <w:b/>
          <w:bCs/>
          <w:color w:val="F28C28"/>
          <w:sz w:val="26"/>
          <w:szCs w:val="26"/>
        </w:rPr>
        <w:t>Introduce Your Investment Journey</w:t>
      </w:r>
    </w:p>
    <w:p w14:paraId="7A789AC6" w14:textId="77777777" w:rsidR="00395C4A" w:rsidRPr="00C04B88" w:rsidRDefault="00ED685D">
      <w:pPr>
        <w:pStyle w:val="ListBullet"/>
        <w:spacing w:after="40"/>
        <w:rPr>
          <w:sz w:val="21"/>
          <w:szCs w:val="21"/>
        </w:rPr>
      </w:pPr>
      <w:r w:rsidRPr="00C04B88">
        <w:rPr>
          <w:sz w:val="21"/>
          <w:szCs w:val="21"/>
        </w:rPr>
        <w:t>Describe your classroom experience while participating in The Stock Market Game.</w:t>
      </w:r>
    </w:p>
    <w:p w14:paraId="7FD6869A" w14:textId="77777777" w:rsidR="00395C4A" w:rsidRPr="00C04B88" w:rsidRDefault="00ED685D">
      <w:pPr>
        <w:pStyle w:val="ListBullet"/>
        <w:spacing w:after="40"/>
        <w:rPr>
          <w:sz w:val="21"/>
          <w:szCs w:val="21"/>
        </w:rPr>
      </w:pPr>
      <w:r w:rsidRPr="00C04B88">
        <w:rPr>
          <w:sz w:val="21"/>
          <w:szCs w:val="21"/>
        </w:rPr>
        <w:t>Describe events, research, or ideas that influenced decisions you made while developing your portfolio.</w:t>
      </w:r>
    </w:p>
    <w:p w14:paraId="111051B4" w14:textId="77777777" w:rsidR="00925D1E" w:rsidRDefault="00925D1E" w:rsidP="00925D1E">
      <w:pPr>
        <w:pStyle w:val="Heading2"/>
      </w:pPr>
      <w:r>
        <w:t>Think About &amp; Write About — Body of the Essay</w:t>
      </w:r>
    </w:p>
    <w:p w14:paraId="166F1470" w14:textId="26E59A64" w:rsidR="00934065" w:rsidRPr="00934065" w:rsidRDefault="00934065" w:rsidP="00934065">
      <w:pPr>
        <w:spacing w:after="100"/>
        <w:ind w:left="288"/>
        <w:rPr>
          <w:sz w:val="21"/>
        </w:rPr>
      </w:pPr>
      <w:r w:rsidRPr="00934065">
        <w:rPr>
          <w:b/>
          <w:color w:val="F28C28"/>
          <w:sz w:val="21"/>
        </w:rPr>
        <w:t>1.</w:t>
      </w:r>
      <w:r w:rsidR="00A64340">
        <w:rPr>
          <w:b/>
          <w:color w:val="F28C28"/>
          <w:sz w:val="21"/>
        </w:rPr>
        <w:t xml:space="preserve"> </w:t>
      </w:r>
      <w:r w:rsidRPr="00934065">
        <w:rPr>
          <w:b/>
          <w:color w:val="F28C28"/>
          <w:sz w:val="21"/>
        </w:rPr>
        <w:t xml:space="preserve"> </w:t>
      </w:r>
      <w:r w:rsidRPr="00934065">
        <w:rPr>
          <w:sz w:val="21"/>
        </w:rPr>
        <w:t>Describe your Stock Market Game portfolio, the choices you made and why.</w:t>
      </w:r>
    </w:p>
    <w:p w14:paraId="3E6FC350" w14:textId="5160AE77" w:rsidR="00934065" w:rsidRPr="00934065" w:rsidRDefault="00934065" w:rsidP="00934065">
      <w:pPr>
        <w:spacing w:after="100"/>
        <w:ind w:left="288"/>
        <w:rPr>
          <w:sz w:val="21"/>
        </w:rPr>
      </w:pPr>
      <w:r w:rsidRPr="00934065">
        <w:rPr>
          <w:b/>
          <w:color w:val="F28C28"/>
          <w:sz w:val="21"/>
        </w:rPr>
        <w:t xml:space="preserve">2. </w:t>
      </w:r>
      <w:r w:rsidR="00A64340">
        <w:rPr>
          <w:b/>
          <w:color w:val="F28C28"/>
          <w:sz w:val="21"/>
        </w:rPr>
        <w:t xml:space="preserve"> </w:t>
      </w:r>
      <w:r w:rsidRPr="00934065">
        <w:rPr>
          <w:sz w:val="21"/>
        </w:rPr>
        <w:t>Identify which stock, bond or mutual fund taught you the biggest lesson.</w:t>
      </w:r>
    </w:p>
    <w:p w14:paraId="60A4977F" w14:textId="0511F7A8" w:rsidR="00934065" w:rsidRPr="00934065" w:rsidRDefault="00934065" w:rsidP="00934065">
      <w:pPr>
        <w:spacing w:after="100"/>
        <w:ind w:left="288"/>
        <w:rPr>
          <w:sz w:val="21"/>
        </w:rPr>
      </w:pPr>
      <w:r w:rsidRPr="00934065">
        <w:rPr>
          <w:b/>
          <w:color w:val="F28C28"/>
          <w:sz w:val="21"/>
        </w:rPr>
        <w:t xml:space="preserve">3. </w:t>
      </w:r>
      <w:r w:rsidR="00A64340">
        <w:rPr>
          <w:b/>
          <w:color w:val="F28C28"/>
          <w:sz w:val="21"/>
        </w:rPr>
        <w:t xml:space="preserve"> </w:t>
      </w:r>
      <w:r w:rsidRPr="00934065">
        <w:rPr>
          <w:sz w:val="21"/>
        </w:rPr>
        <w:t>Discuss why that experience is your biggest lesson.</w:t>
      </w:r>
    </w:p>
    <w:p w14:paraId="2554CF43" w14:textId="7A2E5568" w:rsidR="00934065" w:rsidRPr="00934065" w:rsidRDefault="00934065" w:rsidP="00934065">
      <w:pPr>
        <w:spacing w:after="100"/>
        <w:ind w:left="288"/>
        <w:rPr>
          <w:sz w:val="21"/>
        </w:rPr>
      </w:pPr>
      <w:r w:rsidRPr="00934065">
        <w:rPr>
          <w:b/>
          <w:color w:val="F28C28"/>
          <w:sz w:val="21"/>
        </w:rPr>
        <w:t xml:space="preserve">4. </w:t>
      </w:r>
      <w:r w:rsidR="00A64340">
        <w:rPr>
          <w:b/>
          <w:color w:val="F28C28"/>
          <w:sz w:val="21"/>
        </w:rPr>
        <w:t xml:space="preserve"> </w:t>
      </w:r>
      <w:r w:rsidRPr="00934065">
        <w:rPr>
          <w:sz w:val="21"/>
        </w:rPr>
        <w:t>Point out how you think this lesson can help you obtain investing success in your own future</w:t>
      </w:r>
      <w:r w:rsidR="00C13FBF">
        <w:rPr>
          <w:sz w:val="21"/>
        </w:rPr>
        <w:t xml:space="preserve"> to develop a diverse long-term plan.</w:t>
      </w:r>
    </w:p>
    <w:p w14:paraId="419FF4F0" w14:textId="1DA446E5" w:rsidR="00934065" w:rsidRPr="00934065" w:rsidRDefault="00934065" w:rsidP="00934065">
      <w:pPr>
        <w:spacing w:after="100"/>
        <w:ind w:left="288"/>
        <w:rPr>
          <w:sz w:val="21"/>
        </w:rPr>
      </w:pPr>
      <w:r w:rsidRPr="00934065">
        <w:rPr>
          <w:b/>
          <w:color w:val="F28C28"/>
          <w:sz w:val="21"/>
        </w:rPr>
        <w:t xml:space="preserve">5. </w:t>
      </w:r>
      <w:r w:rsidR="00A64340">
        <w:rPr>
          <w:b/>
          <w:color w:val="F28C28"/>
          <w:sz w:val="21"/>
        </w:rPr>
        <w:t xml:space="preserve"> </w:t>
      </w:r>
      <w:r w:rsidRPr="00934065">
        <w:rPr>
          <w:sz w:val="21"/>
        </w:rPr>
        <w:t xml:space="preserve">Explain how things you’ve learned in The Stock Market Game have helped you gain an understanding of investing in the real world for the </w:t>
      </w:r>
      <w:proofErr w:type="gramStart"/>
      <w:r w:rsidRPr="00934065">
        <w:rPr>
          <w:sz w:val="21"/>
        </w:rPr>
        <w:t>long-term</w:t>
      </w:r>
      <w:proofErr w:type="gramEnd"/>
      <w:r w:rsidRPr="00934065">
        <w:rPr>
          <w:sz w:val="21"/>
        </w:rPr>
        <w:t xml:space="preserve"> and how you might help educate others about this.</w:t>
      </w:r>
    </w:p>
    <w:p w14:paraId="30846C7C" w14:textId="4240773D" w:rsidR="00934065" w:rsidRPr="00934065" w:rsidRDefault="00934065" w:rsidP="00934065">
      <w:pPr>
        <w:spacing w:after="100"/>
        <w:ind w:left="288"/>
        <w:rPr>
          <w:sz w:val="21"/>
        </w:rPr>
      </w:pPr>
      <w:r w:rsidRPr="00934065">
        <w:rPr>
          <w:b/>
          <w:color w:val="F28C28"/>
          <w:sz w:val="21"/>
        </w:rPr>
        <w:t xml:space="preserve">6. </w:t>
      </w:r>
      <w:r w:rsidR="00A64340">
        <w:rPr>
          <w:b/>
          <w:color w:val="F28C28"/>
          <w:sz w:val="21"/>
        </w:rPr>
        <w:t xml:space="preserve"> </w:t>
      </w:r>
      <w:r w:rsidRPr="00934065">
        <w:rPr>
          <w:sz w:val="21"/>
        </w:rPr>
        <w:t>Help make your essay more interesting to the reader by writing about how your Stock Market Game         experience will impact your future.</w:t>
      </w:r>
    </w:p>
    <w:p w14:paraId="052DCBD2" w14:textId="77777777" w:rsidR="00925D1E" w:rsidRPr="00925D1E" w:rsidRDefault="00925D1E" w:rsidP="00925D1E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F28C28"/>
          <w:sz w:val="26"/>
          <w:szCs w:val="26"/>
        </w:rPr>
      </w:pPr>
      <w:r w:rsidRPr="00925D1E">
        <w:rPr>
          <w:rFonts w:asciiTheme="majorHAnsi" w:eastAsiaTheme="majorEastAsia" w:hAnsiTheme="majorHAnsi" w:cstheme="majorBidi"/>
          <w:b/>
          <w:bCs/>
          <w:color w:val="F28C28"/>
          <w:sz w:val="26"/>
          <w:szCs w:val="26"/>
        </w:rPr>
        <w:lastRenderedPageBreak/>
        <w:t>Concluding Paragraph</w:t>
      </w:r>
    </w:p>
    <w:p w14:paraId="75EB7663" w14:textId="11ECAAAC" w:rsidR="006E7FF7" w:rsidRPr="00925D1E" w:rsidRDefault="00925D1E" w:rsidP="00925D1E">
      <w:pPr>
        <w:rPr>
          <w:sz w:val="21"/>
        </w:rPr>
      </w:pPr>
      <w:r w:rsidRPr="00925D1E">
        <w:rPr>
          <w:sz w:val="21"/>
        </w:rPr>
        <w:t>Write a concluding paragraph that summarizes the essay. The conclusion should summarize the key ideas discussed throughout the essay and offer your final impression or ideas.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395C4A" w14:paraId="6EB6D0B6" w14:textId="77777777">
        <w:trPr>
          <w:jc w:val="center"/>
        </w:trPr>
        <w:tc>
          <w:tcPr>
            <w:tcW w:w="10368" w:type="dxa"/>
            <w:shd w:val="clear" w:color="auto" w:fill="F28C2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BB94C73" w14:textId="07EED6B8" w:rsidR="00395C4A" w:rsidRDefault="00ED685D" w:rsidP="00C90F7B">
            <w:pPr>
              <w:spacing w:after="0"/>
              <w:jc w:val="center"/>
            </w:pPr>
            <w:r>
              <w:br w:type="page"/>
            </w:r>
            <w:r>
              <w:rPr>
                <w:b/>
                <w:color w:val="FFFFFF"/>
                <w:sz w:val="26"/>
              </w:rPr>
              <w:t>BRAINSTORM &amp; PLAN</w:t>
            </w:r>
          </w:p>
        </w:tc>
      </w:tr>
    </w:tbl>
    <w:p w14:paraId="7671B666" w14:textId="77777777" w:rsidR="00395C4A" w:rsidRDefault="00395C4A">
      <w:pPr>
        <w:spacing w:after="20"/>
      </w:pPr>
    </w:p>
    <w:p w14:paraId="036F50A2" w14:textId="77777777" w:rsidR="00395C4A" w:rsidRPr="00F27602" w:rsidRDefault="00ED685D">
      <w:pPr>
        <w:spacing w:after="120"/>
        <w:rPr>
          <w:sz w:val="21"/>
          <w:szCs w:val="21"/>
        </w:rPr>
      </w:pPr>
      <w:r w:rsidRPr="00F27602">
        <w:rPr>
          <w:sz w:val="21"/>
          <w:szCs w:val="21"/>
        </w:rPr>
        <w:t>Use the spaces below to collect ideas before you draft. Focus on specific evidence, reasons, and examples.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2"/>
      </w:tblGrid>
      <w:tr w:rsidR="00395C4A" w14:paraId="07A4FAEA" w14:textId="77777777" w:rsidTr="00292F4C">
        <w:trPr>
          <w:jc w:val="center"/>
        </w:trPr>
        <w:tc>
          <w:tcPr>
            <w:tcW w:w="10362" w:type="dxa"/>
            <w:shd w:val="clear" w:color="auto" w:fill="EAF3FA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607507C7" w14:textId="06FFF577" w:rsidR="00395C4A" w:rsidRDefault="0049420A">
            <w:r>
              <w:rPr>
                <w:b/>
                <w:color w:val="145DA0"/>
                <w:sz w:val="22"/>
              </w:rPr>
              <w:t>MY PORTFOLIO STRATEGY</w:t>
            </w:r>
            <w:r>
              <w:br/>
            </w:r>
            <w:r w:rsidRPr="00F27602">
              <w:rPr>
                <w:sz w:val="21"/>
                <w:szCs w:val="21"/>
              </w:rPr>
              <w:t>Describe your classroom experience and the events or ideas that influenced your Stock Market Game decisions.</w:t>
            </w:r>
          </w:p>
          <w:p w14:paraId="04B84E97" w14:textId="45B5937B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2DAB9C8C" w14:textId="7516BE14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2BA16859" w14:textId="0444F958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6A2CEEBA" w14:textId="219EB5BD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58CF51F3" w14:textId="1CF8FAE1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2487C533" w14:textId="73097BCB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</w:tc>
      </w:tr>
    </w:tbl>
    <w:p w14:paraId="5F3A9E20" w14:textId="77777777" w:rsidR="00395C4A" w:rsidRDefault="00395C4A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04"/>
      </w:tblGrid>
      <w:tr w:rsidR="00395C4A" w14:paraId="41C76D87" w14:textId="77777777" w:rsidTr="00292F4C">
        <w:trPr>
          <w:jc w:val="center"/>
        </w:trPr>
        <w:tc>
          <w:tcPr>
            <w:tcW w:w="10404" w:type="dxa"/>
            <w:shd w:val="clear" w:color="auto" w:fill="EAF3FA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66D11787" w14:textId="08A109AA" w:rsidR="00395C4A" w:rsidRDefault="0049420A">
            <w:r>
              <w:rPr>
                <w:b/>
                <w:color w:val="145DA0"/>
                <w:sz w:val="22"/>
              </w:rPr>
              <w:t>MY</w:t>
            </w:r>
            <w:r w:rsidR="00934065">
              <w:rPr>
                <w:b/>
                <w:color w:val="145DA0"/>
                <w:sz w:val="22"/>
              </w:rPr>
              <w:t xml:space="preserve"> BIGGEST LESSON</w:t>
            </w:r>
            <w:r>
              <w:br/>
            </w:r>
            <w:r w:rsidR="00934065" w:rsidRPr="00F27602">
              <w:rPr>
                <w:sz w:val="21"/>
                <w:szCs w:val="21"/>
              </w:rPr>
              <w:t>Identify which stock, bond or mutual fund taught you the biggest lesson.</w:t>
            </w:r>
          </w:p>
          <w:p w14:paraId="7E807114" w14:textId="052EB13A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207F00B5" w14:textId="31F7A982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434ADDB8" w14:textId="25DDFDF1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2A28BE00" w14:textId="753C577B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780DDDE3" w14:textId="65762FF8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47065024" w14:textId="5DB9D41A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583D4686" w14:textId="049CBE99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</w:tc>
      </w:tr>
    </w:tbl>
    <w:p w14:paraId="1AC1AEA2" w14:textId="77777777" w:rsidR="00395C4A" w:rsidRDefault="00395C4A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F17FC4" w14:paraId="6260197B" w14:textId="77777777" w:rsidTr="00292F4C">
        <w:trPr>
          <w:jc w:val="center"/>
        </w:trPr>
        <w:tc>
          <w:tcPr>
            <w:tcW w:w="10376" w:type="dxa"/>
            <w:shd w:val="clear" w:color="auto" w:fill="EAF3FA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0D48F505" w14:textId="18917BCE" w:rsidR="00F17FC4" w:rsidRDefault="00F17FC4" w:rsidP="00292F4C">
            <w:pPr>
              <w:spacing w:line="240" w:lineRule="auto"/>
            </w:pPr>
            <w:r>
              <w:rPr>
                <w:b/>
                <w:color w:val="145DA0"/>
                <w:sz w:val="22"/>
              </w:rPr>
              <w:t>WHY IT MATTERED</w:t>
            </w:r>
            <w:r>
              <w:br/>
            </w:r>
            <w:r w:rsidRPr="00F27602">
              <w:rPr>
                <w:sz w:val="21"/>
                <w:szCs w:val="21"/>
              </w:rPr>
              <w:t>Discuss why this experience is your biggest lesson.</w:t>
            </w:r>
          </w:p>
          <w:p w14:paraId="42EC7651" w14:textId="10816C6E" w:rsidR="00F17FC4" w:rsidRDefault="00F17FC4" w:rsidP="00BA5193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0483CF6E" w14:textId="6458462E" w:rsidR="00F17FC4" w:rsidRDefault="00F17FC4" w:rsidP="00BA5193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4FB965CF" w14:textId="25B8778F" w:rsidR="00F17FC4" w:rsidRDefault="00F17FC4" w:rsidP="00BA5193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16838E8B" w14:textId="2EA9E958" w:rsidR="00F17FC4" w:rsidRDefault="00F17FC4" w:rsidP="00BA5193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500023E4" w14:textId="2663D399" w:rsidR="00F17FC4" w:rsidRDefault="00F17FC4" w:rsidP="00BA5193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306DC0EA" w14:textId="769A973F" w:rsidR="00F17FC4" w:rsidRDefault="00F17FC4" w:rsidP="00BA5193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0809A10F" w14:textId="77777777" w:rsidR="00F17FC4" w:rsidRDefault="00F17FC4" w:rsidP="00BA5193">
            <w:pPr>
              <w:spacing w:after="40"/>
              <w:rPr>
                <w:color w:val="B7C9D6"/>
              </w:rPr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2E79D4">
              <w:rPr>
                <w:color w:val="B7C9D6"/>
              </w:rPr>
              <w:t>____________________________</w:t>
            </w:r>
          </w:p>
          <w:p w14:paraId="1244F9C0" w14:textId="77777777" w:rsidR="001772FE" w:rsidRDefault="001772FE" w:rsidP="001772FE">
            <w:pPr>
              <w:spacing w:after="40"/>
              <w:rPr>
                <w:color w:val="B7C9D6"/>
              </w:rPr>
            </w:pPr>
            <w:r>
              <w:rPr>
                <w:color w:val="B7C9D6"/>
              </w:rPr>
              <w:t>____________________________________________________________________________________________________________</w:t>
            </w:r>
          </w:p>
          <w:p w14:paraId="7D8E97BD" w14:textId="1440573B" w:rsidR="00CE65C4" w:rsidRPr="001772FE" w:rsidRDefault="001772FE" w:rsidP="00BA5193">
            <w:pPr>
              <w:spacing w:after="40"/>
              <w:rPr>
                <w:color w:val="B7C9D6"/>
              </w:rPr>
            </w:pPr>
            <w:r>
              <w:rPr>
                <w:color w:val="B7C9D6"/>
              </w:rPr>
              <w:t>____________________________________________________________________________________________________________</w:t>
            </w:r>
          </w:p>
        </w:tc>
      </w:tr>
    </w:tbl>
    <w:p w14:paraId="70E9FD25" w14:textId="77777777" w:rsidR="00F17FC4" w:rsidRDefault="00F17FC4">
      <w:pPr>
        <w:spacing w:after="40"/>
      </w:pPr>
    </w:p>
    <w:p w14:paraId="59640DF3" w14:textId="77777777" w:rsidR="00F17FC4" w:rsidRDefault="00F17FC4">
      <w:pPr>
        <w:spacing w:after="40"/>
      </w:pPr>
    </w:p>
    <w:tbl>
      <w:tblPr>
        <w:tblW w:w="10540" w:type="dxa"/>
        <w:jc w:val="center"/>
        <w:tblLook w:val="04A0" w:firstRow="1" w:lastRow="0" w:firstColumn="1" w:lastColumn="0" w:noHBand="0" w:noVBand="1"/>
      </w:tblPr>
      <w:tblGrid>
        <w:gridCol w:w="10540"/>
      </w:tblGrid>
      <w:tr w:rsidR="00395C4A" w14:paraId="02529C99" w14:textId="77777777" w:rsidTr="00F140BD">
        <w:trPr>
          <w:jc w:val="center"/>
        </w:trPr>
        <w:tc>
          <w:tcPr>
            <w:tcW w:w="10540" w:type="dxa"/>
            <w:shd w:val="clear" w:color="auto" w:fill="EAF3FA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3CECFE4D" w14:textId="77777777" w:rsidR="0022607E" w:rsidRDefault="00F17FC4" w:rsidP="00F27602">
            <w:pPr>
              <w:spacing w:after="40"/>
              <w:ind w:right="-558"/>
              <w:rPr>
                <w:sz w:val="21"/>
              </w:rPr>
            </w:pPr>
            <w:r>
              <w:rPr>
                <w:b/>
                <w:color w:val="145DA0"/>
                <w:sz w:val="22"/>
              </w:rPr>
              <w:lastRenderedPageBreak/>
              <w:t>APPLYING THE LESSON</w:t>
            </w:r>
            <w:r>
              <w:br/>
            </w:r>
            <w:r w:rsidR="00C13FBF" w:rsidRPr="00934065">
              <w:rPr>
                <w:sz w:val="21"/>
              </w:rPr>
              <w:t>Point out how you think this lesson can help you obtain investing success in your own future</w:t>
            </w:r>
            <w:r w:rsidR="00C13FBF">
              <w:rPr>
                <w:sz w:val="21"/>
              </w:rPr>
              <w:t xml:space="preserve"> to develop a diverse </w:t>
            </w:r>
          </w:p>
          <w:p w14:paraId="635D8AF8" w14:textId="507894B0" w:rsidR="00F27602" w:rsidRDefault="00C13FBF" w:rsidP="00F27602">
            <w:pPr>
              <w:spacing w:after="40"/>
              <w:ind w:right="-558"/>
              <w:rPr>
                <w:sz w:val="21"/>
                <w:szCs w:val="21"/>
              </w:rPr>
            </w:pPr>
            <w:r>
              <w:rPr>
                <w:sz w:val="21"/>
              </w:rPr>
              <w:t>long-term plan.</w:t>
            </w:r>
          </w:p>
          <w:p w14:paraId="49A4103A" w14:textId="2AD0C8F0" w:rsidR="00395C4A" w:rsidRDefault="00F17FC4" w:rsidP="00F27602">
            <w:pPr>
              <w:spacing w:after="40"/>
              <w:ind w:right="-558"/>
            </w:pPr>
            <w:r w:rsidRPr="00F27602">
              <w:rPr>
                <w:color w:val="B7C9D6"/>
                <w:sz w:val="21"/>
                <w:szCs w:val="21"/>
              </w:rPr>
              <w:t>______________________________________________________________________</w:t>
            </w:r>
            <w:r w:rsidR="00F27602">
              <w:rPr>
                <w:color w:val="B7C9D6"/>
                <w:sz w:val="21"/>
                <w:szCs w:val="21"/>
              </w:rPr>
              <w:t>____________________________________</w:t>
            </w:r>
          </w:p>
          <w:p w14:paraId="360F530B" w14:textId="3961CFEF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F27602">
              <w:rPr>
                <w:color w:val="B7C9D6"/>
              </w:rPr>
              <w:t>_______________________________</w:t>
            </w:r>
          </w:p>
          <w:p w14:paraId="04F19BE6" w14:textId="6FF0742E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F27602">
              <w:rPr>
                <w:color w:val="B7C9D6"/>
              </w:rPr>
              <w:t>_______________________________</w:t>
            </w:r>
          </w:p>
          <w:p w14:paraId="43F6844C" w14:textId="4D680F96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F27602">
              <w:rPr>
                <w:color w:val="B7C9D6"/>
              </w:rPr>
              <w:t>_______________________________</w:t>
            </w:r>
          </w:p>
          <w:p w14:paraId="633E24DC" w14:textId="79A2784A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F27602">
              <w:rPr>
                <w:color w:val="B7C9D6"/>
              </w:rPr>
              <w:t>_______________________________</w:t>
            </w:r>
          </w:p>
          <w:p w14:paraId="6218F02D" w14:textId="7CE9F38A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F27602">
              <w:rPr>
                <w:color w:val="B7C9D6"/>
              </w:rPr>
              <w:t>_______________________________</w:t>
            </w:r>
          </w:p>
          <w:p w14:paraId="58BA68C8" w14:textId="59EFE9FA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F27602">
              <w:rPr>
                <w:color w:val="B7C9D6"/>
              </w:rPr>
              <w:t>_______________________________</w:t>
            </w:r>
          </w:p>
        </w:tc>
      </w:tr>
    </w:tbl>
    <w:p w14:paraId="364E4830" w14:textId="77777777" w:rsidR="00395C4A" w:rsidRDefault="00395C4A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11"/>
      </w:tblGrid>
      <w:tr w:rsidR="00395C4A" w14:paraId="4CFEB9D3" w14:textId="77777777" w:rsidTr="00F27602">
        <w:trPr>
          <w:jc w:val="center"/>
        </w:trPr>
        <w:tc>
          <w:tcPr>
            <w:tcW w:w="10611" w:type="dxa"/>
            <w:shd w:val="clear" w:color="auto" w:fill="EAF3FA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42D844E1" w14:textId="77777777" w:rsidR="00F27602" w:rsidRDefault="00F17FC4">
            <w:pPr>
              <w:spacing w:after="40"/>
            </w:pPr>
            <w:r>
              <w:rPr>
                <w:b/>
                <w:color w:val="145DA0"/>
                <w:sz w:val="22"/>
              </w:rPr>
              <w:t>REAL WORLD INVESTING</w:t>
            </w:r>
            <w:r>
              <w:br/>
            </w:r>
            <w:r w:rsidR="0049420A" w:rsidRPr="00F27602">
              <w:rPr>
                <w:sz w:val="21"/>
                <w:szCs w:val="21"/>
              </w:rPr>
              <w:t>Explain how things you’ve learned in The Stock Market Game have helped you gain an understanding of investing in the real world for the long-term and how you might help educate others about</w:t>
            </w:r>
            <w:r w:rsidR="00F27602" w:rsidRPr="00F27602">
              <w:rPr>
                <w:sz w:val="21"/>
                <w:szCs w:val="21"/>
              </w:rPr>
              <w:t xml:space="preserve"> </w:t>
            </w:r>
            <w:r w:rsidR="0049420A" w:rsidRPr="00F27602">
              <w:rPr>
                <w:sz w:val="21"/>
                <w:szCs w:val="21"/>
              </w:rPr>
              <w:t>this.</w:t>
            </w:r>
          </w:p>
          <w:p w14:paraId="118354C4" w14:textId="7B0D04D6" w:rsidR="00395C4A" w:rsidRDefault="00F17FC4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F27602">
              <w:rPr>
                <w:color w:val="B7C9D6"/>
              </w:rPr>
              <w:t>_______________________________</w:t>
            </w:r>
          </w:p>
          <w:p w14:paraId="76579015" w14:textId="5C4B0453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F27602">
              <w:rPr>
                <w:color w:val="B7C9D6"/>
              </w:rPr>
              <w:t>_______________________________</w:t>
            </w:r>
          </w:p>
          <w:p w14:paraId="183F6E44" w14:textId="538B5863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F27602">
              <w:rPr>
                <w:color w:val="B7C9D6"/>
              </w:rPr>
              <w:t>_______________________________</w:t>
            </w:r>
          </w:p>
          <w:p w14:paraId="5475EB43" w14:textId="1BD82951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F27602">
              <w:rPr>
                <w:color w:val="B7C9D6"/>
              </w:rPr>
              <w:t>_______________________________</w:t>
            </w:r>
          </w:p>
          <w:p w14:paraId="4ACF4AE5" w14:textId="0CA0D0AC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F27602">
              <w:rPr>
                <w:color w:val="B7C9D6"/>
              </w:rPr>
              <w:t>_______________________________</w:t>
            </w:r>
          </w:p>
          <w:p w14:paraId="0D792011" w14:textId="0C16316F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F27602">
              <w:rPr>
                <w:color w:val="B7C9D6"/>
              </w:rPr>
              <w:t>_______________________________</w:t>
            </w:r>
          </w:p>
          <w:p w14:paraId="0F085056" w14:textId="7709DF77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F27602">
              <w:rPr>
                <w:color w:val="B7C9D6"/>
              </w:rPr>
              <w:t>_______________________________</w:t>
            </w:r>
          </w:p>
        </w:tc>
      </w:tr>
    </w:tbl>
    <w:p w14:paraId="4E78127D" w14:textId="77777777" w:rsidR="00395C4A" w:rsidRDefault="00395C4A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00"/>
      </w:tblGrid>
      <w:tr w:rsidR="00395C4A" w14:paraId="2DB30DC5" w14:textId="77777777" w:rsidTr="00292F4C">
        <w:trPr>
          <w:jc w:val="center"/>
        </w:trPr>
        <w:tc>
          <w:tcPr>
            <w:tcW w:w="10600" w:type="dxa"/>
            <w:shd w:val="clear" w:color="auto" w:fill="EAF3FA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666A81DE" w14:textId="77777777" w:rsidR="00F17FC4" w:rsidRDefault="00F17FC4">
            <w:pPr>
              <w:spacing w:after="40"/>
            </w:pPr>
            <w:r>
              <w:rPr>
                <w:b/>
                <w:color w:val="145DA0"/>
                <w:sz w:val="22"/>
              </w:rPr>
              <w:t>MY FUTURE SUCCESS</w:t>
            </w:r>
            <w:r>
              <w:br/>
            </w:r>
            <w:r w:rsidR="0049420A" w:rsidRPr="007A11AF">
              <w:rPr>
                <w:sz w:val="21"/>
                <w:szCs w:val="21"/>
              </w:rPr>
              <w:t>Help make your essay more interesting to the reader by writing about how your Stock Market Game</w:t>
            </w:r>
            <w:r w:rsidRPr="007A11AF">
              <w:rPr>
                <w:sz w:val="21"/>
                <w:szCs w:val="21"/>
              </w:rPr>
              <w:t xml:space="preserve"> </w:t>
            </w:r>
            <w:r w:rsidR="0049420A" w:rsidRPr="007A11AF">
              <w:rPr>
                <w:sz w:val="21"/>
                <w:szCs w:val="21"/>
              </w:rPr>
              <w:t>experience will impact your future.</w:t>
            </w:r>
          </w:p>
          <w:p w14:paraId="58E6C1C3" w14:textId="31708D07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1772FE">
              <w:rPr>
                <w:color w:val="B7C9D6"/>
              </w:rPr>
              <w:t>_______________________________</w:t>
            </w:r>
          </w:p>
          <w:p w14:paraId="27A42E7B" w14:textId="739DA2F5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1772FE">
              <w:rPr>
                <w:color w:val="B7C9D6"/>
              </w:rPr>
              <w:t>_______________________________</w:t>
            </w:r>
          </w:p>
          <w:p w14:paraId="6097F9F3" w14:textId="3AEDF144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1772FE">
              <w:rPr>
                <w:color w:val="B7C9D6"/>
              </w:rPr>
              <w:t>_______________________________</w:t>
            </w:r>
          </w:p>
          <w:p w14:paraId="415CD43E" w14:textId="6F463FEE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1772FE">
              <w:rPr>
                <w:color w:val="B7C9D6"/>
              </w:rPr>
              <w:t>_______________________________</w:t>
            </w:r>
          </w:p>
          <w:p w14:paraId="214716C2" w14:textId="7CBEB1D0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1772FE">
              <w:rPr>
                <w:color w:val="B7C9D6"/>
              </w:rPr>
              <w:t>_______________________________</w:t>
            </w:r>
          </w:p>
          <w:p w14:paraId="333FB297" w14:textId="27674FB0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1772FE">
              <w:rPr>
                <w:color w:val="B7C9D6"/>
              </w:rPr>
              <w:t>_______________________________</w:t>
            </w:r>
          </w:p>
        </w:tc>
      </w:tr>
    </w:tbl>
    <w:p w14:paraId="40BBF510" w14:textId="77777777" w:rsidR="00395C4A" w:rsidRDefault="00395C4A">
      <w:pPr>
        <w:spacing w:after="40"/>
      </w:pPr>
    </w:p>
    <w:tbl>
      <w:tblPr>
        <w:tblW w:w="10683" w:type="dxa"/>
        <w:jc w:val="center"/>
        <w:tblLook w:val="04A0" w:firstRow="1" w:lastRow="0" w:firstColumn="1" w:lastColumn="0" w:noHBand="0" w:noVBand="1"/>
      </w:tblPr>
      <w:tblGrid>
        <w:gridCol w:w="10683"/>
      </w:tblGrid>
      <w:tr w:rsidR="00395C4A" w14:paraId="1EAA5A80" w14:textId="77777777" w:rsidTr="00DD27E1">
        <w:trPr>
          <w:jc w:val="center"/>
        </w:trPr>
        <w:tc>
          <w:tcPr>
            <w:tcW w:w="10643" w:type="dxa"/>
            <w:shd w:val="clear" w:color="auto" w:fill="EAF3FA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05B52F0C" w14:textId="77777777" w:rsidR="00395C4A" w:rsidRDefault="00ED685D" w:rsidP="00C352D0">
            <w:pPr>
              <w:spacing w:line="240" w:lineRule="auto"/>
            </w:pPr>
            <w:r>
              <w:rPr>
                <w:b/>
                <w:color w:val="145DA0"/>
                <w:sz w:val="22"/>
              </w:rPr>
              <w:t>CONCLUSION</w:t>
            </w:r>
            <w:r>
              <w:br/>
            </w:r>
            <w:r w:rsidRPr="007A11AF">
              <w:rPr>
                <w:sz w:val="21"/>
                <w:szCs w:val="21"/>
              </w:rPr>
              <w:t>Summarize the key ideas in your essay and offer a final impression, insight, or takeaway.</w:t>
            </w:r>
          </w:p>
          <w:p w14:paraId="12DA96BC" w14:textId="547B7819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1772FE">
              <w:rPr>
                <w:color w:val="B7C9D6"/>
              </w:rPr>
              <w:t>_______________________________</w:t>
            </w:r>
            <w:r w:rsidR="00DC500D">
              <w:rPr>
                <w:color w:val="B7C9D6"/>
              </w:rPr>
              <w:t>_</w:t>
            </w:r>
          </w:p>
          <w:p w14:paraId="66D566B0" w14:textId="1FBB3D23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1772FE">
              <w:rPr>
                <w:color w:val="B7C9D6"/>
              </w:rPr>
              <w:t>_______________________________</w:t>
            </w:r>
            <w:r w:rsidR="00DC500D">
              <w:rPr>
                <w:color w:val="B7C9D6"/>
              </w:rPr>
              <w:t>_</w:t>
            </w:r>
          </w:p>
          <w:p w14:paraId="23D15737" w14:textId="6D252A53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1772FE">
              <w:rPr>
                <w:color w:val="B7C9D6"/>
              </w:rPr>
              <w:t>_______________________________</w:t>
            </w:r>
            <w:r w:rsidR="00DC500D">
              <w:rPr>
                <w:color w:val="B7C9D6"/>
              </w:rPr>
              <w:t>_</w:t>
            </w:r>
          </w:p>
          <w:p w14:paraId="310B9453" w14:textId="45D59E59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1772FE">
              <w:rPr>
                <w:color w:val="B7C9D6"/>
              </w:rPr>
              <w:t>______________________________</w:t>
            </w:r>
            <w:r w:rsidR="005032B9">
              <w:rPr>
                <w:color w:val="B7C9D6"/>
              </w:rPr>
              <w:t>_</w:t>
            </w:r>
            <w:r w:rsidR="00DC500D">
              <w:rPr>
                <w:color w:val="B7C9D6"/>
              </w:rPr>
              <w:t>_</w:t>
            </w:r>
          </w:p>
          <w:p w14:paraId="24460899" w14:textId="2F28A143" w:rsidR="00395C4A" w:rsidRDefault="00ED685D">
            <w:pPr>
              <w:spacing w:after="40"/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5032B9">
              <w:rPr>
                <w:color w:val="B7C9D6"/>
              </w:rPr>
              <w:t>_______________________________</w:t>
            </w:r>
            <w:r w:rsidR="00DC500D">
              <w:rPr>
                <w:color w:val="B7C9D6"/>
              </w:rPr>
              <w:t>_</w:t>
            </w:r>
          </w:p>
          <w:p w14:paraId="495D62F6" w14:textId="5E1329BA" w:rsidR="00F35C60" w:rsidRPr="00C34BE5" w:rsidRDefault="00ED685D">
            <w:pPr>
              <w:spacing w:after="40"/>
              <w:rPr>
                <w:color w:val="B7C9D6"/>
              </w:rPr>
            </w:pPr>
            <w:r>
              <w:rPr>
                <w:color w:val="B7C9D6"/>
              </w:rPr>
              <w:t>________________________________________________________________________________</w:t>
            </w:r>
            <w:r w:rsidR="005032B9">
              <w:rPr>
                <w:color w:val="B7C9D6"/>
              </w:rPr>
              <w:t>_______________________________</w:t>
            </w:r>
            <w:r w:rsidR="00DC500D">
              <w:rPr>
                <w:color w:val="B7C9D6"/>
              </w:rPr>
              <w:t>_</w:t>
            </w:r>
          </w:p>
        </w:tc>
      </w:tr>
      <w:tr w:rsidR="00395C4A" w14:paraId="029812C8" w14:textId="77777777" w:rsidTr="00DD27E1">
        <w:trPr>
          <w:jc w:val="center"/>
        </w:trPr>
        <w:tc>
          <w:tcPr>
            <w:tcW w:w="10683" w:type="dxa"/>
            <w:shd w:val="clear" w:color="auto" w:fill="F28C2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128BAEE" w14:textId="77777777" w:rsidR="00395C4A" w:rsidRDefault="00ED685D" w:rsidP="00CC0E1E">
            <w:pPr>
              <w:spacing w:after="0"/>
              <w:jc w:val="center"/>
            </w:pPr>
            <w:r>
              <w:rPr>
                <w:b/>
                <w:color w:val="FFFFFF"/>
                <w:sz w:val="26"/>
              </w:rPr>
              <w:lastRenderedPageBreak/>
              <w:t>DRAFTING CHECKPOINT</w:t>
            </w:r>
          </w:p>
        </w:tc>
      </w:tr>
    </w:tbl>
    <w:p w14:paraId="1F153FBA" w14:textId="77777777" w:rsidR="00395C4A" w:rsidRDefault="00395C4A">
      <w:pPr>
        <w:spacing w:after="20"/>
      </w:pPr>
    </w:p>
    <w:p w14:paraId="0D3A777A" w14:textId="77777777" w:rsidR="00395C4A" w:rsidRDefault="00ED685D">
      <w:pPr>
        <w:jc w:val="center"/>
      </w:pPr>
      <w:r>
        <w:rPr>
          <w:b/>
          <w:color w:val="145DA0"/>
          <w:sz w:val="28"/>
        </w:rPr>
        <w:t xml:space="preserve">Now you’re ready to </w:t>
      </w:r>
      <w:r w:rsidRPr="006F5EEE">
        <w:rPr>
          <w:b/>
          <w:color w:val="145DA0"/>
          <w:sz w:val="28"/>
        </w:rPr>
        <w:t>write your draft!</w:t>
      </w:r>
    </w:p>
    <w:tbl>
      <w:tblPr>
        <w:tblW w:w="10611" w:type="dxa"/>
        <w:jc w:val="center"/>
        <w:tblLook w:val="04A0" w:firstRow="1" w:lastRow="0" w:firstColumn="1" w:lastColumn="0" w:noHBand="0" w:noVBand="1"/>
      </w:tblPr>
      <w:tblGrid>
        <w:gridCol w:w="3150"/>
        <w:gridCol w:w="3762"/>
        <w:gridCol w:w="3456"/>
        <w:gridCol w:w="243"/>
      </w:tblGrid>
      <w:tr w:rsidR="00395C4A" w14:paraId="4C81ACC1" w14:textId="77777777" w:rsidTr="00DD27E1">
        <w:trPr>
          <w:jc w:val="center"/>
        </w:trPr>
        <w:tc>
          <w:tcPr>
            <w:tcW w:w="3150" w:type="dxa"/>
            <w:shd w:val="clear" w:color="auto" w:fill="145DA0"/>
          </w:tcPr>
          <w:p w14:paraId="17063094" w14:textId="77777777" w:rsidR="00395C4A" w:rsidRDefault="00ED685D" w:rsidP="00825146">
            <w:pPr>
              <w:spacing w:line="240" w:lineRule="auto"/>
            </w:pPr>
            <w:r>
              <w:rPr>
                <w:b/>
                <w:color w:val="FFFFFF"/>
              </w:rPr>
              <w:t>TASK</w:t>
            </w:r>
          </w:p>
        </w:tc>
        <w:tc>
          <w:tcPr>
            <w:tcW w:w="3762" w:type="dxa"/>
            <w:shd w:val="clear" w:color="auto" w:fill="145DA0"/>
          </w:tcPr>
          <w:p w14:paraId="63826C83" w14:textId="77777777" w:rsidR="00395C4A" w:rsidRDefault="00ED685D" w:rsidP="00825146">
            <w:pPr>
              <w:spacing w:line="240" w:lineRule="auto"/>
            </w:pPr>
            <w:r>
              <w:rPr>
                <w:b/>
                <w:color w:val="FFFFFF"/>
              </w:rPr>
              <w:t>DUE DATE</w:t>
            </w:r>
          </w:p>
        </w:tc>
        <w:tc>
          <w:tcPr>
            <w:tcW w:w="3699" w:type="dxa"/>
            <w:gridSpan w:val="2"/>
            <w:shd w:val="clear" w:color="auto" w:fill="145DA0"/>
          </w:tcPr>
          <w:p w14:paraId="1D89DA20" w14:textId="77777777" w:rsidR="00395C4A" w:rsidRDefault="00ED685D" w:rsidP="00825146">
            <w:pPr>
              <w:spacing w:line="240" w:lineRule="auto"/>
            </w:pPr>
            <w:r>
              <w:rPr>
                <w:b/>
                <w:color w:val="FFFFFF"/>
              </w:rPr>
              <w:t>COMPLETED</w:t>
            </w:r>
          </w:p>
        </w:tc>
      </w:tr>
      <w:tr w:rsidR="00395C4A" w14:paraId="64468F85" w14:textId="77777777" w:rsidTr="00DD27E1">
        <w:trPr>
          <w:gridAfter w:val="1"/>
          <w:wAfter w:w="243" w:type="dxa"/>
          <w:jc w:val="center"/>
        </w:trPr>
        <w:tc>
          <w:tcPr>
            <w:tcW w:w="3150" w:type="dxa"/>
            <w:shd w:val="clear" w:color="auto" w:fill="EAF3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CD4B9F" w14:textId="77777777" w:rsidR="00395C4A" w:rsidRPr="0049513B" w:rsidRDefault="00ED685D">
            <w:pPr>
              <w:rPr>
                <w:sz w:val="21"/>
                <w:szCs w:val="21"/>
              </w:rPr>
            </w:pPr>
            <w:r w:rsidRPr="0049513B">
              <w:rPr>
                <w:sz w:val="21"/>
                <w:szCs w:val="21"/>
              </w:rPr>
              <w:t>Draft</w:t>
            </w:r>
          </w:p>
        </w:tc>
        <w:tc>
          <w:tcPr>
            <w:tcW w:w="376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DACEA1" w14:textId="77777777" w:rsidR="00395C4A" w:rsidRDefault="00ED685D">
            <w:r>
              <w:t>________________</w:t>
            </w:r>
          </w:p>
        </w:tc>
        <w:tc>
          <w:tcPr>
            <w:tcW w:w="345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35D55A" w14:textId="77777777" w:rsidR="00395C4A" w:rsidRDefault="00ED685D">
            <w:r>
              <w:t>☐</w:t>
            </w:r>
          </w:p>
        </w:tc>
      </w:tr>
      <w:tr w:rsidR="00395C4A" w14:paraId="2C071C82" w14:textId="77777777" w:rsidTr="00DD27E1">
        <w:trPr>
          <w:gridAfter w:val="1"/>
          <w:wAfter w:w="243" w:type="dxa"/>
          <w:jc w:val="center"/>
        </w:trPr>
        <w:tc>
          <w:tcPr>
            <w:tcW w:w="3150" w:type="dxa"/>
            <w:shd w:val="clear" w:color="auto" w:fill="EAF3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FCD981" w14:textId="77777777" w:rsidR="00395C4A" w:rsidRPr="0049513B" w:rsidRDefault="00ED685D">
            <w:pPr>
              <w:rPr>
                <w:sz w:val="21"/>
                <w:szCs w:val="21"/>
              </w:rPr>
            </w:pPr>
            <w:r w:rsidRPr="0049513B">
              <w:rPr>
                <w:sz w:val="21"/>
                <w:szCs w:val="21"/>
              </w:rPr>
              <w:t>Edits</w:t>
            </w:r>
          </w:p>
        </w:tc>
        <w:tc>
          <w:tcPr>
            <w:tcW w:w="376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30EAD3" w14:textId="77777777" w:rsidR="00395C4A" w:rsidRDefault="00ED685D">
            <w:r>
              <w:t>________________</w:t>
            </w:r>
          </w:p>
        </w:tc>
        <w:tc>
          <w:tcPr>
            <w:tcW w:w="345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AD8D00" w14:textId="77777777" w:rsidR="00395C4A" w:rsidRDefault="00ED685D">
            <w:r>
              <w:t>☐</w:t>
            </w:r>
          </w:p>
        </w:tc>
      </w:tr>
      <w:tr w:rsidR="00395C4A" w14:paraId="301BB7E7" w14:textId="77777777" w:rsidTr="00DD27E1">
        <w:trPr>
          <w:gridAfter w:val="1"/>
          <w:wAfter w:w="243" w:type="dxa"/>
          <w:jc w:val="center"/>
        </w:trPr>
        <w:tc>
          <w:tcPr>
            <w:tcW w:w="3150" w:type="dxa"/>
            <w:shd w:val="clear" w:color="auto" w:fill="EAF3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DD6319" w14:textId="77777777" w:rsidR="00395C4A" w:rsidRPr="0049513B" w:rsidRDefault="00ED685D">
            <w:pPr>
              <w:rPr>
                <w:sz w:val="21"/>
                <w:szCs w:val="21"/>
              </w:rPr>
            </w:pPr>
            <w:r w:rsidRPr="0049513B">
              <w:rPr>
                <w:sz w:val="21"/>
                <w:szCs w:val="21"/>
              </w:rPr>
              <w:t>Final</w:t>
            </w:r>
          </w:p>
        </w:tc>
        <w:tc>
          <w:tcPr>
            <w:tcW w:w="376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2F6E93" w14:textId="77777777" w:rsidR="00395C4A" w:rsidRDefault="00ED685D">
            <w:r>
              <w:t>________________</w:t>
            </w:r>
          </w:p>
        </w:tc>
        <w:tc>
          <w:tcPr>
            <w:tcW w:w="345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B1FBF4" w14:textId="77777777" w:rsidR="00395C4A" w:rsidRDefault="00ED685D">
            <w:r>
              <w:t>☐</w:t>
            </w:r>
          </w:p>
        </w:tc>
      </w:tr>
    </w:tbl>
    <w:p w14:paraId="326AE0ED" w14:textId="77777777" w:rsidR="00395C4A" w:rsidRPr="0049513B" w:rsidRDefault="00ED685D">
      <w:pPr>
        <w:rPr>
          <w:sz w:val="21"/>
          <w:szCs w:val="21"/>
        </w:rPr>
      </w:pPr>
      <w:r w:rsidRPr="0049513B">
        <w:rPr>
          <w:sz w:val="21"/>
          <w:szCs w:val="21"/>
        </w:rPr>
        <w:t>Participation:  ☐ Voluntary   ☐ Required   ☐ Extra Credit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76"/>
      </w:tblGrid>
      <w:tr w:rsidR="00934065" w14:paraId="7BD15E06" w14:textId="77777777" w:rsidTr="00813443">
        <w:trPr>
          <w:jc w:val="center"/>
        </w:trPr>
        <w:tc>
          <w:tcPr>
            <w:tcW w:w="10476" w:type="dxa"/>
            <w:shd w:val="clear" w:color="auto" w:fill="FFF2E3"/>
          </w:tcPr>
          <w:p w14:paraId="342B4A62" w14:textId="1BA0C7F1" w:rsidR="00934065" w:rsidRPr="0049513B" w:rsidRDefault="00934065" w:rsidP="00BA5193">
            <w:pPr>
              <w:spacing w:after="60"/>
              <w:jc w:val="center"/>
              <w:rPr>
                <w:sz w:val="21"/>
                <w:szCs w:val="21"/>
              </w:rPr>
            </w:pPr>
            <w:r w:rsidRPr="0049513B">
              <w:rPr>
                <w:b/>
                <w:color w:val="F28C28"/>
                <w:sz w:val="21"/>
                <w:szCs w:val="21"/>
              </w:rPr>
              <w:t>Submission Deadline</w:t>
            </w:r>
            <w:r w:rsidRPr="0049513B">
              <w:rPr>
                <w:sz w:val="21"/>
                <w:szCs w:val="21"/>
              </w:rPr>
              <w:br/>
            </w:r>
            <w:r w:rsidRPr="0049513B">
              <w:rPr>
                <w:b/>
                <w:bCs/>
                <w:sz w:val="21"/>
                <w:szCs w:val="21"/>
              </w:rPr>
              <w:t>Wednesday, December 9, 2026</w:t>
            </w:r>
          </w:p>
        </w:tc>
      </w:tr>
    </w:tbl>
    <w:p w14:paraId="7CDEF921" w14:textId="7588F020" w:rsidR="00395C4A" w:rsidRDefault="00395C4A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30"/>
      </w:tblGrid>
      <w:tr w:rsidR="00395C4A" w14:paraId="076EF6F4" w14:textId="77777777" w:rsidTr="00DD27E1">
        <w:trPr>
          <w:jc w:val="center"/>
        </w:trPr>
        <w:tc>
          <w:tcPr>
            <w:tcW w:w="10530" w:type="dxa"/>
            <w:shd w:val="clear" w:color="auto" w:fill="145DA0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1085343" w14:textId="77777777" w:rsidR="00395C4A" w:rsidRDefault="00ED685D" w:rsidP="00CC0E1E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6"/>
              </w:rPr>
              <w:t>JUDGING CRITERIA</w:t>
            </w:r>
          </w:p>
        </w:tc>
      </w:tr>
    </w:tbl>
    <w:p w14:paraId="4704984D" w14:textId="77777777" w:rsidR="00395C4A" w:rsidRDefault="00395C4A">
      <w:pPr>
        <w:spacing w:after="20"/>
      </w:pPr>
    </w:p>
    <w:p w14:paraId="16539B84" w14:textId="77777777" w:rsidR="00395C4A" w:rsidRPr="00813443" w:rsidRDefault="00ED685D">
      <w:pPr>
        <w:rPr>
          <w:sz w:val="21"/>
          <w:szCs w:val="21"/>
        </w:rPr>
      </w:pPr>
      <w:r w:rsidRPr="00813443">
        <w:rPr>
          <w:sz w:val="21"/>
          <w:szCs w:val="21"/>
        </w:rPr>
        <w:t>Judges will consider your rationale, understanding of the subject matter, and writing style.</w:t>
      </w:r>
    </w:p>
    <w:p w14:paraId="2081CCC1" w14:textId="77777777" w:rsidR="00395C4A" w:rsidRDefault="00ED685D">
      <w:pPr>
        <w:pStyle w:val="Heading2"/>
      </w:pPr>
      <w:r>
        <w:t>RATIONALE</w:t>
      </w:r>
    </w:p>
    <w:p w14:paraId="2E98CBA0" w14:textId="77777777" w:rsidR="00395C4A" w:rsidRPr="00813443" w:rsidRDefault="00ED685D">
      <w:pPr>
        <w:pStyle w:val="ListBullet"/>
        <w:spacing w:after="40"/>
        <w:rPr>
          <w:sz w:val="21"/>
          <w:szCs w:val="21"/>
        </w:rPr>
      </w:pPr>
      <w:r w:rsidRPr="00813443">
        <w:rPr>
          <w:sz w:val="21"/>
          <w:szCs w:val="21"/>
        </w:rPr>
        <w:t>Is your essay well organized?</w:t>
      </w:r>
    </w:p>
    <w:p w14:paraId="039836F8" w14:textId="77777777" w:rsidR="00934065" w:rsidRPr="00813443" w:rsidRDefault="00934065">
      <w:pPr>
        <w:pStyle w:val="ListBullet"/>
        <w:spacing w:after="40"/>
        <w:rPr>
          <w:sz w:val="21"/>
          <w:szCs w:val="21"/>
        </w:rPr>
      </w:pPr>
      <w:r w:rsidRPr="00813443">
        <w:rPr>
          <w:sz w:val="21"/>
          <w:szCs w:val="21"/>
        </w:rPr>
        <w:t>Do you address all the elements of the question in your essay?</w:t>
      </w:r>
    </w:p>
    <w:p w14:paraId="37604146" w14:textId="77777777" w:rsidR="00934065" w:rsidRPr="00813443" w:rsidRDefault="00934065">
      <w:pPr>
        <w:pStyle w:val="ListBullet"/>
        <w:spacing w:after="40"/>
        <w:rPr>
          <w:sz w:val="21"/>
          <w:szCs w:val="21"/>
        </w:rPr>
      </w:pPr>
      <w:r w:rsidRPr="00813443">
        <w:rPr>
          <w:sz w:val="21"/>
          <w:szCs w:val="21"/>
        </w:rPr>
        <w:t>Have you written clearly when you described details?</w:t>
      </w:r>
    </w:p>
    <w:p w14:paraId="04F6E8F2" w14:textId="7EDE75F5" w:rsidR="00395C4A" w:rsidRPr="00813443" w:rsidRDefault="00ED685D">
      <w:pPr>
        <w:pStyle w:val="ListBullet"/>
        <w:spacing w:after="40"/>
        <w:rPr>
          <w:sz w:val="21"/>
          <w:szCs w:val="21"/>
        </w:rPr>
      </w:pPr>
      <w:r w:rsidRPr="00813443">
        <w:rPr>
          <w:sz w:val="21"/>
          <w:szCs w:val="21"/>
        </w:rPr>
        <w:t>Have you omitted unnecessary details?</w:t>
      </w:r>
    </w:p>
    <w:p w14:paraId="0F533EF2" w14:textId="77777777" w:rsidR="00395C4A" w:rsidRDefault="00ED685D">
      <w:pPr>
        <w:pStyle w:val="Heading2"/>
      </w:pPr>
      <w:r>
        <w:t>UNDERSTANDING THE SUBJECT MATTER</w:t>
      </w:r>
    </w:p>
    <w:p w14:paraId="39FF838E" w14:textId="77777777" w:rsidR="00934065" w:rsidRPr="00934065" w:rsidRDefault="00934065" w:rsidP="00934065">
      <w:pPr>
        <w:numPr>
          <w:ilvl w:val="0"/>
          <w:numId w:val="11"/>
        </w:numPr>
        <w:spacing w:after="60"/>
        <w:contextualSpacing/>
        <w:rPr>
          <w:sz w:val="21"/>
        </w:rPr>
      </w:pPr>
      <w:r w:rsidRPr="00934065">
        <w:rPr>
          <w:sz w:val="21"/>
        </w:rPr>
        <w:t>Do you show that you understand the concepts taught in the Stock Market Game?</w:t>
      </w:r>
    </w:p>
    <w:p w14:paraId="1A66B940" w14:textId="5CA4D1C0" w:rsidR="00934065" w:rsidRPr="00934065" w:rsidRDefault="00934065" w:rsidP="00934065">
      <w:pPr>
        <w:numPr>
          <w:ilvl w:val="0"/>
          <w:numId w:val="11"/>
        </w:numPr>
        <w:spacing w:after="60"/>
        <w:contextualSpacing/>
        <w:rPr>
          <w:sz w:val="21"/>
        </w:rPr>
      </w:pPr>
      <w:r w:rsidRPr="00934065">
        <w:rPr>
          <w:sz w:val="21"/>
        </w:rPr>
        <w:t>Are the words and terms you use in your essay used correctly?</w:t>
      </w:r>
    </w:p>
    <w:p w14:paraId="71DD9DD8" w14:textId="3A0F9DF9" w:rsidR="00934065" w:rsidRPr="00934065" w:rsidRDefault="00934065" w:rsidP="00934065">
      <w:pPr>
        <w:numPr>
          <w:ilvl w:val="0"/>
          <w:numId w:val="11"/>
        </w:numPr>
        <w:spacing w:after="60"/>
        <w:contextualSpacing/>
        <w:rPr>
          <w:sz w:val="21"/>
        </w:rPr>
      </w:pPr>
      <w:r w:rsidRPr="00934065">
        <w:rPr>
          <w:sz w:val="21"/>
        </w:rPr>
        <w:t>Will your statements make sense to a judge who is reading your essay?</w:t>
      </w:r>
    </w:p>
    <w:p w14:paraId="5DFD6040" w14:textId="042C3087" w:rsidR="00934065" w:rsidRPr="00934065" w:rsidRDefault="00934065" w:rsidP="00934065">
      <w:pPr>
        <w:numPr>
          <w:ilvl w:val="0"/>
          <w:numId w:val="11"/>
        </w:numPr>
        <w:spacing w:after="60"/>
        <w:contextualSpacing/>
        <w:rPr>
          <w:sz w:val="21"/>
        </w:rPr>
      </w:pPr>
      <w:r w:rsidRPr="00934065">
        <w:rPr>
          <w:sz w:val="21"/>
        </w:rPr>
        <w:t>Have you described your strategies clearly?</w:t>
      </w:r>
    </w:p>
    <w:p w14:paraId="5C626FF5" w14:textId="651C5D96" w:rsidR="00934065" w:rsidRPr="00934065" w:rsidRDefault="00934065" w:rsidP="00934065">
      <w:pPr>
        <w:numPr>
          <w:ilvl w:val="0"/>
          <w:numId w:val="11"/>
        </w:numPr>
        <w:spacing w:after="60"/>
        <w:contextualSpacing/>
        <w:rPr>
          <w:sz w:val="21"/>
        </w:rPr>
      </w:pPr>
      <w:r w:rsidRPr="00934065">
        <w:rPr>
          <w:sz w:val="21"/>
        </w:rPr>
        <w:t xml:space="preserve">Do you talk about how the things you learned in The Stock Market Game relate to what you </w:t>
      </w:r>
      <w:r w:rsidR="00D26627">
        <w:rPr>
          <w:sz w:val="21"/>
        </w:rPr>
        <w:t xml:space="preserve">wrote </w:t>
      </w:r>
      <w:r>
        <w:rPr>
          <w:sz w:val="21"/>
        </w:rPr>
        <w:t>in your essay?</w:t>
      </w:r>
    </w:p>
    <w:p w14:paraId="779342E2" w14:textId="77777777" w:rsidR="00395C4A" w:rsidRDefault="00ED685D">
      <w:pPr>
        <w:pStyle w:val="Heading2"/>
      </w:pPr>
      <w:r>
        <w:t>WRITING STYLE</w:t>
      </w:r>
    </w:p>
    <w:p w14:paraId="54977D68" w14:textId="77777777" w:rsidR="00934065" w:rsidRPr="00934065" w:rsidRDefault="00934065" w:rsidP="00934065">
      <w:pPr>
        <w:numPr>
          <w:ilvl w:val="0"/>
          <w:numId w:val="13"/>
        </w:numPr>
        <w:spacing w:after="60"/>
        <w:contextualSpacing/>
        <w:rPr>
          <w:sz w:val="21"/>
        </w:rPr>
      </w:pPr>
      <w:r w:rsidRPr="00934065">
        <w:rPr>
          <w:sz w:val="21"/>
        </w:rPr>
        <w:t>Did you make your essay easy for the judges to read?</w:t>
      </w:r>
    </w:p>
    <w:p w14:paraId="52B2EB34" w14:textId="1B246600" w:rsidR="00934065" w:rsidRPr="00934065" w:rsidRDefault="00934065" w:rsidP="00934065">
      <w:pPr>
        <w:numPr>
          <w:ilvl w:val="0"/>
          <w:numId w:val="13"/>
        </w:numPr>
        <w:spacing w:after="60"/>
        <w:contextualSpacing/>
        <w:rPr>
          <w:sz w:val="21"/>
        </w:rPr>
      </w:pPr>
      <w:r w:rsidRPr="00934065">
        <w:rPr>
          <w:sz w:val="21"/>
        </w:rPr>
        <w:t>Will the judges be able to see your creative side when they read your essay?</w:t>
      </w:r>
    </w:p>
    <w:p w14:paraId="34F5FD5D" w14:textId="5E69CA77" w:rsidR="00934065" w:rsidRPr="00934065" w:rsidRDefault="00934065" w:rsidP="00934065">
      <w:pPr>
        <w:numPr>
          <w:ilvl w:val="0"/>
          <w:numId w:val="13"/>
        </w:numPr>
        <w:spacing w:after="60"/>
        <w:contextualSpacing/>
        <w:rPr>
          <w:sz w:val="21"/>
        </w:rPr>
      </w:pPr>
      <w:r w:rsidRPr="00934065">
        <w:rPr>
          <w:sz w:val="21"/>
        </w:rPr>
        <w:t xml:space="preserve">Will judges who read your essay be interested in it and want to </w:t>
      </w:r>
      <w:proofErr w:type="gramStart"/>
      <w:r w:rsidRPr="00934065">
        <w:rPr>
          <w:sz w:val="21"/>
        </w:rPr>
        <w:t>read</w:t>
      </w:r>
      <w:proofErr w:type="gramEnd"/>
      <w:r w:rsidRPr="00934065">
        <w:rPr>
          <w:sz w:val="21"/>
        </w:rPr>
        <w:t xml:space="preserve"> to the end?</w:t>
      </w:r>
    </w:p>
    <w:p w14:paraId="5C059999" w14:textId="1B89277A" w:rsidR="00934065" w:rsidRPr="00934065" w:rsidRDefault="00934065" w:rsidP="00934065">
      <w:pPr>
        <w:numPr>
          <w:ilvl w:val="0"/>
          <w:numId w:val="13"/>
        </w:numPr>
        <w:spacing w:after="60"/>
        <w:contextualSpacing/>
        <w:rPr>
          <w:sz w:val="21"/>
        </w:rPr>
      </w:pPr>
      <w:r w:rsidRPr="00934065">
        <w:rPr>
          <w:sz w:val="21"/>
        </w:rPr>
        <w:t>Have you used proper punctuation and good grammar?</w:t>
      </w:r>
    </w:p>
    <w:p w14:paraId="5DE260FD" w14:textId="77BC2A8A" w:rsidR="00934065" w:rsidRPr="00934065" w:rsidRDefault="00934065" w:rsidP="00934065">
      <w:pPr>
        <w:numPr>
          <w:ilvl w:val="0"/>
          <w:numId w:val="13"/>
        </w:numPr>
        <w:spacing w:after="60"/>
        <w:contextualSpacing/>
        <w:rPr>
          <w:sz w:val="21"/>
        </w:rPr>
      </w:pPr>
      <w:r w:rsidRPr="00934065">
        <w:rPr>
          <w:sz w:val="21"/>
        </w:rPr>
        <w:t>Have you carefully worked on your drafts to make your final essay as good as it can be?</w:t>
      </w:r>
    </w:p>
    <w:p w14:paraId="50AFC504" w14:textId="39284D94" w:rsidR="00934065" w:rsidRDefault="00934065" w:rsidP="00934065">
      <w:pPr>
        <w:numPr>
          <w:ilvl w:val="0"/>
          <w:numId w:val="13"/>
        </w:numPr>
        <w:spacing w:after="60"/>
        <w:contextualSpacing/>
        <w:rPr>
          <w:sz w:val="21"/>
        </w:rPr>
      </w:pPr>
      <w:r w:rsidRPr="00934065">
        <w:rPr>
          <w:sz w:val="21"/>
        </w:rPr>
        <w:t>Did you work on this essay without too much help from your teacher or an adult? Your essay should be in your very own personal writing style!</w:t>
      </w:r>
    </w:p>
    <w:p w14:paraId="301F2462" w14:textId="77777777" w:rsidR="00934065" w:rsidRPr="00934065" w:rsidRDefault="00934065" w:rsidP="00934065">
      <w:pPr>
        <w:spacing w:after="60"/>
        <w:ind w:left="360"/>
        <w:contextualSpacing/>
        <w:rPr>
          <w:sz w:val="21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40"/>
      </w:tblGrid>
      <w:tr w:rsidR="00395C4A" w14:paraId="7AB8F691" w14:textId="77777777" w:rsidTr="00DD27E1">
        <w:trPr>
          <w:jc w:val="center"/>
        </w:trPr>
        <w:tc>
          <w:tcPr>
            <w:tcW w:w="10440" w:type="dxa"/>
            <w:shd w:val="clear" w:color="auto" w:fill="F28C2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19B170" w14:textId="77777777" w:rsidR="00395C4A" w:rsidRDefault="00ED685D" w:rsidP="00CC0E1E">
            <w:pPr>
              <w:spacing w:after="0"/>
              <w:jc w:val="center"/>
            </w:pPr>
            <w:r>
              <w:rPr>
                <w:b/>
                <w:color w:val="FFFFFF"/>
                <w:sz w:val="26"/>
              </w:rPr>
              <w:lastRenderedPageBreak/>
              <w:t>RULES &amp; GUIDELINES</w:t>
            </w:r>
          </w:p>
        </w:tc>
      </w:tr>
    </w:tbl>
    <w:p w14:paraId="24D8138F" w14:textId="77777777" w:rsidR="00395C4A" w:rsidRDefault="00395C4A">
      <w:pPr>
        <w:spacing w:after="20"/>
      </w:pPr>
    </w:p>
    <w:p w14:paraId="2DEC6F2B" w14:textId="77777777" w:rsidR="00C27E14" w:rsidRPr="00813443" w:rsidRDefault="00C27E14" w:rsidP="00C27E14">
      <w:pPr>
        <w:pStyle w:val="ListBullet"/>
        <w:spacing w:after="60"/>
        <w:rPr>
          <w:sz w:val="21"/>
          <w:szCs w:val="21"/>
        </w:rPr>
      </w:pPr>
      <w:r w:rsidRPr="00813443">
        <w:rPr>
          <w:b/>
          <w:bCs/>
          <w:sz w:val="21"/>
          <w:szCs w:val="21"/>
        </w:rPr>
        <w:t>4–5 grade division</w:t>
      </w:r>
      <w:r w:rsidRPr="00813443">
        <w:rPr>
          <w:sz w:val="21"/>
          <w:szCs w:val="21"/>
        </w:rPr>
        <w:t xml:space="preserve">: Each student may submit only one entry; </w:t>
      </w:r>
      <w:r w:rsidRPr="00813443">
        <w:rPr>
          <w:b/>
          <w:bCs/>
          <w:sz w:val="21"/>
          <w:szCs w:val="21"/>
        </w:rPr>
        <w:t>minimum 300 words, maximum 800 words</w:t>
      </w:r>
      <w:r w:rsidRPr="00813443">
        <w:rPr>
          <w:sz w:val="21"/>
          <w:szCs w:val="21"/>
        </w:rPr>
        <w:t>.</w:t>
      </w:r>
    </w:p>
    <w:p w14:paraId="62719FBB" w14:textId="77777777" w:rsidR="00C27E14" w:rsidRPr="00813443" w:rsidRDefault="00C27E14" w:rsidP="00C27E14">
      <w:pPr>
        <w:pStyle w:val="ListBullet"/>
        <w:spacing w:after="60"/>
        <w:rPr>
          <w:sz w:val="21"/>
          <w:szCs w:val="21"/>
        </w:rPr>
      </w:pPr>
      <w:r w:rsidRPr="00813443">
        <w:rPr>
          <w:b/>
          <w:bCs/>
          <w:sz w:val="21"/>
          <w:szCs w:val="21"/>
        </w:rPr>
        <w:t>6–8 grade division</w:t>
      </w:r>
      <w:r w:rsidRPr="00813443">
        <w:rPr>
          <w:sz w:val="21"/>
          <w:szCs w:val="21"/>
        </w:rPr>
        <w:t xml:space="preserve">: Each student may submit only one entry; </w:t>
      </w:r>
      <w:r w:rsidRPr="00813443">
        <w:rPr>
          <w:b/>
          <w:bCs/>
          <w:sz w:val="21"/>
          <w:szCs w:val="21"/>
        </w:rPr>
        <w:t>minimum 400 words, maximum 900 words</w:t>
      </w:r>
      <w:r w:rsidRPr="00813443">
        <w:rPr>
          <w:sz w:val="21"/>
          <w:szCs w:val="21"/>
        </w:rPr>
        <w:t>.</w:t>
      </w:r>
    </w:p>
    <w:p w14:paraId="3C09C457" w14:textId="77777777" w:rsidR="00C27E14" w:rsidRPr="00813443" w:rsidRDefault="00C27E14" w:rsidP="00C27E14">
      <w:pPr>
        <w:pStyle w:val="ListBullet"/>
        <w:spacing w:after="60"/>
        <w:rPr>
          <w:sz w:val="21"/>
          <w:szCs w:val="21"/>
        </w:rPr>
      </w:pPr>
      <w:r w:rsidRPr="00813443">
        <w:rPr>
          <w:b/>
          <w:bCs/>
          <w:sz w:val="21"/>
          <w:szCs w:val="21"/>
        </w:rPr>
        <w:t>9–12 grade division</w:t>
      </w:r>
      <w:r w:rsidRPr="00813443">
        <w:rPr>
          <w:sz w:val="21"/>
          <w:szCs w:val="21"/>
        </w:rPr>
        <w:t xml:space="preserve">: Each student may submit only one entry; </w:t>
      </w:r>
      <w:r w:rsidRPr="00813443">
        <w:rPr>
          <w:b/>
          <w:bCs/>
          <w:sz w:val="21"/>
          <w:szCs w:val="21"/>
        </w:rPr>
        <w:t>minimum 500 words, maximum 1,000 words</w:t>
      </w:r>
      <w:r w:rsidRPr="00813443">
        <w:rPr>
          <w:sz w:val="21"/>
          <w:szCs w:val="21"/>
        </w:rPr>
        <w:t>.</w:t>
      </w:r>
    </w:p>
    <w:p w14:paraId="5DBE1DA9" w14:textId="77777777" w:rsidR="00C27E14" w:rsidRPr="00813443" w:rsidRDefault="00C27E14" w:rsidP="00C27E14">
      <w:pPr>
        <w:pStyle w:val="ListBullet"/>
        <w:spacing w:after="60"/>
        <w:rPr>
          <w:sz w:val="21"/>
          <w:szCs w:val="21"/>
        </w:rPr>
      </w:pPr>
      <w:r w:rsidRPr="00813443">
        <w:rPr>
          <w:sz w:val="21"/>
          <w:szCs w:val="21"/>
        </w:rPr>
        <w:t>This is an individual project. Group discussion is encouraged, but essays must be written and submitted by individual students.</w:t>
      </w:r>
    </w:p>
    <w:p w14:paraId="6184D75A" w14:textId="77777777" w:rsidR="00C27E14" w:rsidRPr="00813443" w:rsidRDefault="00C27E14" w:rsidP="00C27E14">
      <w:pPr>
        <w:pStyle w:val="ListBullet"/>
        <w:spacing w:after="60"/>
        <w:rPr>
          <w:sz w:val="21"/>
          <w:szCs w:val="21"/>
        </w:rPr>
      </w:pPr>
      <w:r w:rsidRPr="00813443">
        <w:rPr>
          <w:sz w:val="21"/>
          <w:szCs w:val="21"/>
        </w:rPr>
        <w:t>If a title is chosen, it must appear at the top of the first page of the text.</w:t>
      </w:r>
    </w:p>
    <w:p w14:paraId="4046744F" w14:textId="77777777" w:rsidR="00C27E14" w:rsidRPr="00813443" w:rsidRDefault="00C27E14" w:rsidP="00C27E14">
      <w:pPr>
        <w:pStyle w:val="ListBullet"/>
        <w:spacing w:after="60"/>
        <w:rPr>
          <w:sz w:val="21"/>
          <w:szCs w:val="21"/>
        </w:rPr>
      </w:pPr>
      <w:r w:rsidRPr="00813443">
        <w:rPr>
          <w:sz w:val="21"/>
          <w:szCs w:val="21"/>
        </w:rPr>
        <w:t>The student author’s name CANNOT appear in the essay or title. Identification of the student or teacher in the essay will result in disqualification.</w:t>
      </w:r>
    </w:p>
    <w:p w14:paraId="69E8C1A7" w14:textId="77777777" w:rsidR="00C27E14" w:rsidRPr="00813443" w:rsidRDefault="00C27E14" w:rsidP="00C27E14">
      <w:pPr>
        <w:pStyle w:val="ListBullet"/>
        <w:spacing w:after="60"/>
        <w:rPr>
          <w:sz w:val="21"/>
          <w:szCs w:val="21"/>
        </w:rPr>
      </w:pPr>
      <w:r w:rsidRPr="00813443">
        <w:rPr>
          <w:sz w:val="21"/>
          <w:szCs w:val="21"/>
        </w:rPr>
        <w:t>If references are cited, include them at the end of the essay text.</w:t>
      </w:r>
    </w:p>
    <w:p w14:paraId="215A2466" w14:textId="77777777" w:rsidR="00C27E14" w:rsidRPr="00813443" w:rsidRDefault="00C27E14" w:rsidP="00C27E14">
      <w:pPr>
        <w:pStyle w:val="ListBullet"/>
        <w:spacing w:after="60"/>
        <w:rPr>
          <w:sz w:val="21"/>
          <w:szCs w:val="21"/>
        </w:rPr>
      </w:pPr>
      <w:r w:rsidRPr="00813443">
        <w:rPr>
          <w:sz w:val="21"/>
          <w:szCs w:val="21"/>
        </w:rPr>
        <w:t>References must be formatted without footnotes. At the end of the essay simply list each source as: (Author. “Title”. Date. URL).</w:t>
      </w:r>
    </w:p>
    <w:p w14:paraId="1A3312C8" w14:textId="77777777" w:rsidR="00C27E14" w:rsidRPr="00813443" w:rsidRDefault="00C27E14" w:rsidP="00C27E14">
      <w:pPr>
        <w:pStyle w:val="ListBullet"/>
        <w:spacing w:after="60"/>
        <w:rPr>
          <w:sz w:val="21"/>
          <w:szCs w:val="21"/>
        </w:rPr>
      </w:pPr>
      <w:r w:rsidRPr="00813443">
        <w:rPr>
          <w:sz w:val="21"/>
          <w:szCs w:val="21"/>
        </w:rPr>
        <w:t xml:space="preserve">Only the body of the essay will be included in the word count. The title and references </w:t>
      </w:r>
      <w:r w:rsidRPr="00813443">
        <w:rPr>
          <w:sz w:val="21"/>
          <w:szCs w:val="21"/>
          <w:u w:val="single"/>
        </w:rPr>
        <w:t>will not</w:t>
      </w:r>
      <w:r w:rsidRPr="00813443">
        <w:rPr>
          <w:sz w:val="21"/>
          <w:szCs w:val="21"/>
        </w:rPr>
        <w:t xml:space="preserve"> count in the word limit.</w:t>
      </w:r>
    </w:p>
    <w:p w14:paraId="34643F33" w14:textId="77777777" w:rsidR="00C27E14" w:rsidRPr="00813443" w:rsidRDefault="00C27E14" w:rsidP="00C27E14">
      <w:pPr>
        <w:pStyle w:val="ListBullet"/>
        <w:spacing w:after="60"/>
        <w:rPr>
          <w:sz w:val="21"/>
          <w:szCs w:val="21"/>
        </w:rPr>
      </w:pPr>
      <w:r w:rsidRPr="00813443">
        <w:rPr>
          <w:sz w:val="21"/>
          <w:szCs w:val="21"/>
        </w:rPr>
        <w:t>All essays must be submitted in plain text; no charts, graphs or symbols will be accepted.</w:t>
      </w:r>
    </w:p>
    <w:p w14:paraId="5AFEB01E" w14:textId="77777777" w:rsidR="00395C4A" w:rsidRPr="00813443" w:rsidRDefault="00ED685D">
      <w:pPr>
        <w:pStyle w:val="ListBullet"/>
        <w:spacing w:after="40"/>
        <w:rPr>
          <w:sz w:val="21"/>
          <w:szCs w:val="21"/>
        </w:rPr>
      </w:pPr>
      <w:r w:rsidRPr="00813443">
        <w:rPr>
          <w:sz w:val="21"/>
          <w:szCs w:val="21"/>
        </w:rPr>
        <w:t>Essays must be submitted in plain text. Charts, graphs, and symbols are not accepted.</w:t>
      </w:r>
    </w:p>
    <w:p w14:paraId="302631EB" w14:textId="77777777" w:rsidR="00934065" w:rsidRDefault="00934065" w:rsidP="00934065">
      <w:pPr>
        <w:pStyle w:val="ListBullet"/>
        <w:numPr>
          <w:ilvl w:val="0"/>
          <w:numId w:val="0"/>
        </w:numPr>
        <w:spacing w:after="40"/>
        <w:ind w:left="3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96"/>
      </w:tblGrid>
      <w:tr w:rsidR="00934065" w14:paraId="57F5E110" w14:textId="77777777" w:rsidTr="00C04B88">
        <w:trPr>
          <w:jc w:val="center"/>
        </w:trPr>
        <w:tc>
          <w:tcPr>
            <w:tcW w:w="10296" w:type="dxa"/>
            <w:shd w:val="clear" w:color="auto" w:fill="EAF2F8"/>
          </w:tcPr>
          <w:p w14:paraId="1BC78BB0" w14:textId="77777777" w:rsidR="00934065" w:rsidRDefault="00934065" w:rsidP="00BA5193">
            <w:pPr>
              <w:spacing w:after="60"/>
              <w:jc w:val="center"/>
              <w:rPr>
                <w:sz w:val="21"/>
                <w:szCs w:val="21"/>
              </w:rPr>
            </w:pPr>
            <w:r w:rsidRPr="00BF30DE">
              <w:rPr>
                <w:b/>
                <w:color w:val="174A7E"/>
                <w:sz w:val="21"/>
                <w:szCs w:val="21"/>
              </w:rPr>
              <w:t>Use of AI</w:t>
            </w:r>
            <w:r w:rsidRPr="00BF30DE">
              <w:rPr>
                <w:sz w:val="21"/>
                <w:szCs w:val="21"/>
              </w:rPr>
              <w:br/>
              <w:t>Use of AI must be consistent with academic and integrity guidelines set by the school or classroom teacher</w:t>
            </w:r>
            <w:r w:rsidR="009E4D6E">
              <w:rPr>
                <w:sz w:val="21"/>
                <w:szCs w:val="21"/>
              </w:rPr>
              <w:t>.</w:t>
            </w:r>
          </w:p>
          <w:p w14:paraId="30F23C09" w14:textId="1E1468E3" w:rsidR="009E4D6E" w:rsidRPr="00BF30DE" w:rsidRDefault="009E4D6E" w:rsidP="00BA5193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AI detection will be utilized in assessing the essays and can lead to disqualification.</w:t>
            </w:r>
          </w:p>
        </w:tc>
      </w:tr>
    </w:tbl>
    <w:p w14:paraId="261AC55D" w14:textId="77777777" w:rsidR="00C27E14" w:rsidRDefault="00C27E14" w:rsidP="00C27E14">
      <w:pPr>
        <w:pStyle w:val="ListBullet"/>
        <w:numPr>
          <w:ilvl w:val="0"/>
          <w:numId w:val="0"/>
        </w:numPr>
        <w:spacing w:after="40"/>
        <w:ind w:left="3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40"/>
      </w:tblGrid>
      <w:tr w:rsidR="00395C4A" w14:paraId="51CC7A06" w14:textId="77777777" w:rsidTr="00DD27E1">
        <w:trPr>
          <w:jc w:val="center"/>
        </w:trPr>
        <w:tc>
          <w:tcPr>
            <w:tcW w:w="10440" w:type="dxa"/>
            <w:shd w:val="clear" w:color="auto" w:fill="145DA0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7B765E2" w14:textId="77777777" w:rsidR="00395C4A" w:rsidRDefault="00ED685D" w:rsidP="006F5EEE">
            <w:pPr>
              <w:spacing w:after="0"/>
              <w:jc w:val="center"/>
            </w:pPr>
            <w:r>
              <w:rPr>
                <w:b/>
                <w:color w:val="FFFFFF"/>
                <w:sz w:val="26"/>
              </w:rPr>
              <w:t>FINAL CHECK</w:t>
            </w:r>
          </w:p>
        </w:tc>
      </w:tr>
    </w:tbl>
    <w:p w14:paraId="2C7219D0" w14:textId="77777777" w:rsidR="00395C4A" w:rsidRDefault="00395C4A">
      <w:pPr>
        <w:spacing w:after="20"/>
      </w:pPr>
    </w:p>
    <w:p w14:paraId="30550E0A" w14:textId="77777777" w:rsidR="00395C4A" w:rsidRPr="00BF30DE" w:rsidRDefault="00ED685D">
      <w:pPr>
        <w:rPr>
          <w:sz w:val="21"/>
          <w:szCs w:val="21"/>
        </w:rPr>
      </w:pPr>
      <w:r w:rsidRPr="00BF30DE">
        <w:rPr>
          <w:b/>
          <w:sz w:val="21"/>
          <w:szCs w:val="21"/>
        </w:rPr>
        <w:t xml:space="preserve">☐  </w:t>
      </w:r>
      <w:r w:rsidRPr="00BF30DE">
        <w:rPr>
          <w:sz w:val="21"/>
          <w:szCs w:val="21"/>
        </w:rPr>
        <w:t>Did I answer every part of the prompt?</w:t>
      </w:r>
    </w:p>
    <w:p w14:paraId="4A08686E" w14:textId="77777777" w:rsidR="00395C4A" w:rsidRPr="00BF30DE" w:rsidRDefault="00ED685D">
      <w:pPr>
        <w:rPr>
          <w:sz w:val="21"/>
          <w:szCs w:val="21"/>
        </w:rPr>
      </w:pPr>
      <w:r w:rsidRPr="00BF30DE">
        <w:rPr>
          <w:b/>
          <w:sz w:val="21"/>
          <w:szCs w:val="21"/>
        </w:rPr>
        <w:t xml:space="preserve">☐  </w:t>
      </w:r>
      <w:r w:rsidRPr="00BF30DE">
        <w:rPr>
          <w:sz w:val="21"/>
          <w:szCs w:val="21"/>
        </w:rPr>
        <w:t>Did I explain my investment choices and reasoning?</w:t>
      </w:r>
    </w:p>
    <w:p w14:paraId="3F9B12C9" w14:textId="6C12509E" w:rsidR="00395C4A" w:rsidRPr="00BF30DE" w:rsidRDefault="00ED685D">
      <w:pPr>
        <w:rPr>
          <w:sz w:val="21"/>
          <w:szCs w:val="21"/>
        </w:rPr>
      </w:pPr>
      <w:r w:rsidRPr="00BF30DE">
        <w:rPr>
          <w:b/>
          <w:sz w:val="21"/>
          <w:szCs w:val="21"/>
        </w:rPr>
        <w:t xml:space="preserve">☐  </w:t>
      </w:r>
      <w:r w:rsidRPr="00BF30DE">
        <w:rPr>
          <w:sz w:val="21"/>
          <w:szCs w:val="21"/>
        </w:rPr>
        <w:t>Did I address long-term investing?</w:t>
      </w:r>
    </w:p>
    <w:p w14:paraId="3B2C8628" w14:textId="77777777" w:rsidR="00395C4A" w:rsidRPr="00BF30DE" w:rsidRDefault="00ED685D">
      <w:pPr>
        <w:rPr>
          <w:sz w:val="21"/>
          <w:szCs w:val="21"/>
        </w:rPr>
      </w:pPr>
      <w:r w:rsidRPr="00BF30DE">
        <w:rPr>
          <w:b/>
          <w:sz w:val="21"/>
          <w:szCs w:val="21"/>
        </w:rPr>
        <w:t xml:space="preserve">☐  </w:t>
      </w:r>
      <w:r w:rsidRPr="00BF30DE">
        <w:rPr>
          <w:sz w:val="21"/>
          <w:szCs w:val="21"/>
        </w:rPr>
        <w:t>Did I connect The Stock Market Game to real-world investing?</w:t>
      </w:r>
    </w:p>
    <w:p w14:paraId="36237DE8" w14:textId="77777777" w:rsidR="00395C4A" w:rsidRPr="00BF30DE" w:rsidRDefault="00ED685D">
      <w:pPr>
        <w:rPr>
          <w:sz w:val="21"/>
          <w:szCs w:val="21"/>
        </w:rPr>
      </w:pPr>
      <w:r w:rsidRPr="00BF30DE">
        <w:rPr>
          <w:b/>
          <w:sz w:val="21"/>
          <w:szCs w:val="21"/>
        </w:rPr>
        <w:t xml:space="preserve">☐  </w:t>
      </w:r>
      <w:r w:rsidRPr="00BF30DE">
        <w:rPr>
          <w:sz w:val="21"/>
          <w:szCs w:val="21"/>
        </w:rPr>
        <w:t>Did I stay within my grade-level word limit?</w:t>
      </w:r>
    </w:p>
    <w:p w14:paraId="0AA1EACD" w14:textId="77777777" w:rsidR="00395C4A" w:rsidRPr="00BF30DE" w:rsidRDefault="00ED685D">
      <w:pPr>
        <w:rPr>
          <w:sz w:val="21"/>
          <w:szCs w:val="21"/>
        </w:rPr>
      </w:pPr>
      <w:r w:rsidRPr="00BF30DE">
        <w:rPr>
          <w:b/>
          <w:sz w:val="21"/>
          <w:szCs w:val="21"/>
        </w:rPr>
        <w:t xml:space="preserve">☐  </w:t>
      </w:r>
      <w:r w:rsidRPr="00BF30DE">
        <w:rPr>
          <w:sz w:val="21"/>
          <w:szCs w:val="21"/>
        </w:rPr>
        <w:t>Did I revise for organization, clarity, grammar, and punctuation?</w:t>
      </w:r>
    </w:p>
    <w:p w14:paraId="00B972D3" w14:textId="77777777" w:rsidR="00395C4A" w:rsidRPr="00BF30DE" w:rsidRDefault="00ED685D">
      <w:pPr>
        <w:rPr>
          <w:sz w:val="21"/>
          <w:szCs w:val="21"/>
        </w:rPr>
      </w:pPr>
      <w:r w:rsidRPr="00BF30DE">
        <w:rPr>
          <w:b/>
          <w:sz w:val="21"/>
          <w:szCs w:val="21"/>
        </w:rPr>
        <w:t xml:space="preserve">☐  </w:t>
      </w:r>
      <w:r w:rsidRPr="00BF30DE">
        <w:rPr>
          <w:sz w:val="21"/>
          <w:szCs w:val="21"/>
        </w:rPr>
        <w:t>Did I remove my name and any identifying information from the essay?</w:t>
      </w:r>
    </w:p>
    <w:p w14:paraId="6576AC8B" w14:textId="77777777" w:rsidR="00395C4A" w:rsidRPr="00BF30DE" w:rsidRDefault="00ED685D">
      <w:pPr>
        <w:rPr>
          <w:sz w:val="21"/>
          <w:szCs w:val="21"/>
        </w:rPr>
      </w:pPr>
      <w:r w:rsidRPr="00BF30DE">
        <w:rPr>
          <w:b/>
          <w:sz w:val="21"/>
          <w:szCs w:val="21"/>
        </w:rPr>
        <w:t xml:space="preserve">☐  </w:t>
      </w:r>
      <w:r w:rsidRPr="00BF30DE">
        <w:rPr>
          <w:sz w:val="21"/>
          <w:szCs w:val="21"/>
        </w:rPr>
        <w:t>Did I include references correctly, if I used sources?</w:t>
      </w:r>
    </w:p>
    <w:p w14:paraId="6BC011A6" w14:textId="77777777" w:rsidR="00CC0E1E" w:rsidRDefault="00CC0E1E">
      <w:pPr>
        <w:jc w:val="center"/>
        <w:rPr>
          <w:b/>
          <w:color w:val="F28C28"/>
        </w:rPr>
      </w:pPr>
    </w:p>
    <w:p w14:paraId="14C62A90" w14:textId="54AC297A" w:rsidR="00395C4A" w:rsidRPr="00BF30DE" w:rsidRDefault="00ED685D" w:rsidP="00037363">
      <w:pPr>
        <w:spacing w:after="0" w:line="240" w:lineRule="auto"/>
        <w:contextualSpacing/>
        <w:jc w:val="center"/>
        <w:rPr>
          <w:color w:val="145DA0"/>
          <w:sz w:val="21"/>
          <w:szCs w:val="21"/>
        </w:rPr>
      </w:pPr>
      <w:r w:rsidRPr="00BF30DE">
        <w:rPr>
          <w:b/>
          <w:color w:val="145DA0"/>
          <w:sz w:val="21"/>
          <w:szCs w:val="21"/>
        </w:rPr>
        <w:t>COMPLETE INFORMATION &amp; AWARDS</w:t>
      </w:r>
      <w:r w:rsidR="00C27E14" w:rsidRPr="00BF30DE">
        <w:rPr>
          <w:b/>
          <w:color w:val="145DA0"/>
          <w:sz w:val="21"/>
          <w:szCs w:val="21"/>
        </w:rPr>
        <w:t xml:space="preserve"> CAN BE FOUND AT</w:t>
      </w:r>
    </w:p>
    <w:p w14:paraId="115BA1FE" w14:textId="69489DFA" w:rsidR="00395C4A" w:rsidRPr="00385994" w:rsidRDefault="006F5EEE" w:rsidP="00037363">
      <w:pPr>
        <w:spacing w:after="0" w:line="240" w:lineRule="auto"/>
        <w:contextualSpacing/>
        <w:jc w:val="center"/>
        <w:rPr>
          <w:color w:val="F79646" w:themeColor="accent6"/>
          <w:sz w:val="21"/>
          <w:szCs w:val="21"/>
        </w:rPr>
      </w:pPr>
      <w:hyperlink r:id="rId9" w:history="1">
        <w:r w:rsidRPr="00385994">
          <w:rPr>
            <w:rStyle w:val="Hyperlink"/>
            <w:b/>
            <w:color w:val="F79646" w:themeColor="accent6"/>
            <w:sz w:val="21"/>
            <w:szCs w:val="21"/>
          </w:rPr>
          <w:t>www.investwrite.org</w:t>
        </w:r>
      </w:hyperlink>
    </w:p>
    <w:sectPr w:rsidR="00395C4A" w:rsidRPr="00385994" w:rsidSect="00034616"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91A4F" w14:textId="77777777" w:rsidR="00C22586" w:rsidRDefault="00C22586">
      <w:pPr>
        <w:spacing w:after="0" w:line="240" w:lineRule="auto"/>
      </w:pPr>
      <w:r>
        <w:separator/>
      </w:r>
    </w:p>
  </w:endnote>
  <w:endnote w:type="continuationSeparator" w:id="0">
    <w:p w14:paraId="5A2ADE00" w14:textId="77777777" w:rsidR="00C22586" w:rsidRDefault="00C2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BF358" w14:textId="63B1D2D8" w:rsidR="004B3337" w:rsidRPr="004B3337" w:rsidRDefault="004B3337" w:rsidP="004B3337">
    <w:pPr>
      <w:tabs>
        <w:tab w:val="center" w:pos="4680"/>
        <w:tab w:val="right" w:pos="9360"/>
      </w:tabs>
      <w:spacing w:after="0" w:line="240" w:lineRule="auto"/>
      <w:jc w:val="center"/>
    </w:pPr>
    <w:r w:rsidRPr="004B3337">
      <w:rPr>
        <w:color w:val="667085"/>
        <w:sz w:val="16"/>
      </w:rPr>
      <w:t xml:space="preserve">INVESTWRITE • STOCK MARKET GAME • </w:t>
    </w:r>
    <w:r>
      <w:rPr>
        <w:color w:val="667085"/>
        <w:sz w:val="16"/>
      </w:rPr>
      <w:t>FALL 2026</w:t>
    </w:r>
    <w:r w:rsidRPr="004B3337">
      <w:rPr>
        <w:color w:val="667085"/>
        <w:sz w:val="16"/>
      </w:rPr>
      <w:t xml:space="preserve"> •</w:t>
    </w:r>
    <w:r w:rsidR="00F67DE7">
      <w:rPr>
        <w:color w:val="667085"/>
        <w:sz w:val="16"/>
      </w:rPr>
      <w:t xml:space="preserve"> Page</w:t>
    </w:r>
    <w:r w:rsidRPr="004B3337">
      <w:rPr>
        <w:color w:val="667085"/>
        <w:sz w:val="16"/>
      </w:rPr>
      <w:t xml:space="preserve"> </w:t>
    </w:r>
    <w:r w:rsidR="00F67DE7" w:rsidRPr="00F67DE7">
      <w:rPr>
        <w:color w:val="667085"/>
        <w:sz w:val="16"/>
      </w:rPr>
      <w:fldChar w:fldCharType="begin"/>
    </w:r>
    <w:r w:rsidR="00F67DE7" w:rsidRPr="00F67DE7">
      <w:rPr>
        <w:color w:val="667085"/>
        <w:sz w:val="16"/>
      </w:rPr>
      <w:instrText xml:space="preserve"> PAGE   \* MERGEFORMAT </w:instrText>
    </w:r>
    <w:r w:rsidR="00F67DE7" w:rsidRPr="00F67DE7">
      <w:rPr>
        <w:color w:val="667085"/>
        <w:sz w:val="16"/>
      </w:rPr>
      <w:fldChar w:fldCharType="separate"/>
    </w:r>
    <w:r w:rsidR="00F67DE7" w:rsidRPr="00F67DE7">
      <w:rPr>
        <w:noProof/>
        <w:color w:val="667085"/>
        <w:sz w:val="16"/>
      </w:rPr>
      <w:t>1</w:t>
    </w:r>
    <w:r w:rsidR="00F67DE7" w:rsidRPr="00F67DE7">
      <w:rPr>
        <w:noProof/>
        <w:color w:val="667085"/>
        <w:sz w:val="16"/>
      </w:rPr>
      <w:fldChar w:fldCharType="end"/>
    </w:r>
  </w:p>
  <w:p w14:paraId="0913EA08" w14:textId="1F948E6D" w:rsidR="00395C4A" w:rsidRDefault="00395C4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5EC4A" w14:textId="77777777" w:rsidR="00C22586" w:rsidRDefault="00C22586">
      <w:pPr>
        <w:spacing w:after="0" w:line="240" w:lineRule="auto"/>
      </w:pPr>
      <w:r>
        <w:separator/>
      </w:r>
    </w:p>
  </w:footnote>
  <w:footnote w:type="continuationSeparator" w:id="0">
    <w:p w14:paraId="0991A25B" w14:textId="77777777" w:rsidR="00C22586" w:rsidRDefault="00C225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D2D4B05"/>
    <w:multiLevelType w:val="hybridMultilevel"/>
    <w:tmpl w:val="6F58F44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522F24"/>
    <w:multiLevelType w:val="hybridMultilevel"/>
    <w:tmpl w:val="EBB87300"/>
    <w:lvl w:ilvl="0" w:tplc="564C15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F30BAA"/>
    <w:multiLevelType w:val="hybridMultilevel"/>
    <w:tmpl w:val="5A3659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A1820"/>
    <w:multiLevelType w:val="hybridMultilevel"/>
    <w:tmpl w:val="CDCCA7EA"/>
    <w:lvl w:ilvl="0" w:tplc="564C15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1668046">
    <w:abstractNumId w:val="8"/>
  </w:num>
  <w:num w:numId="2" w16cid:durableId="71658155">
    <w:abstractNumId w:val="6"/>
  </w:num>
  <w:num w:numId="3" w16cid:durableId="505949359">
    <w:abstractNumId w:val="5"/>
  </w:num>
  <w:num w:numId="4" w16cid:durableId="1335298452">
    <w:abstractNumId w:val="4"/>
  </w:num>
  <w:num w:numId="5" w16cid:durableId="103887082">
    <w:abstractNumId w:val="7"/>
  </w:num>
  <w:num w:numId="6" w16cid:durableId="1265578761">
    <w:abstractNumId w:val="3"/>
  </w:num>
  <w:num w:numId="7" w16cid:durableId="1106581154">
    <w:abstractNumId w:val="2"/>
  </w:num>
  <w:num w:numId="8" w16cid:durableId="1466042500">
    <w:abstractNumId w:val="1"/>
  </w:num>
  <w:num w:numId="9" w16cid:durableId="2115396324">
    <w:abstractNumId w:val="0"/>
  </w:num>
  <w:num w:numId="10" w16cid:durableId="205725883">
    <w:abstractNumId w:val="9"/>
  </w:num>
  <w:num w:numId="11" w16cid:durableId="712848820">
    <w:abstractNumId w:val="10"/>
  </w:num>
  <w:num w:numId="12" w16cid:durableId="1855723180">
    <w:abstractNumId w:val="11"/>
  </w:num>
  <w:num w:numId="13" w16cid:durableId="7182103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4B4"/>
    <w:rsid w:val="00037363"/>
    <w:rsid w:val="0006063C"/>
    <w:rsid w:val="0015074B"/>
    <w:rsid w:val="001772FE"/>
    <w:rsid w:val="0022607E"/>
    <w:rsid w:val="00264417"/>
    <w:rsid w:val="00271435"/>
    <w:rsid w:val="0028055E"/>
    <w:rsid w:val="00292F4C"/>
    <w:rsid w:val="0029639D"/>
    <w:rsid w:val="002E79D4"/>
    <w:rsid w:val="002F31EE"/>
    <w:rsid w:val="002F583F"/>
    <w:rsid w:val="00326F90"/>
    <w:rsid w:val="003739A1"/>
    <w:rsid w:val="00384228"/>
    <w:rsid w:val="00385994"/>
    <w:rsid w:val="00395C4A"/>
    <w:rsid w:val="0049420A"/>
    <w:rsid w:val="0049513B"/>
    <w:rsid w:val="004B3337"/>
    <w:rsid w:val="004B5EA5"/>
    <w:rsid w:val="004D13F9"/>
    <w:rsid w:val="004F2A27"/>
    <w:rsid w:val="005032B9"/>
    <w:rsid w:val="0051351E"/>
    <w:rsid w:val="005B5857"/>
    <w:rsid w:val="00600566"/>
    <w:rsid w:val="00642094"/>
    <w:rsid w:val="006C5181"/>
    <w:rsid w:val="006E7FF7"/>
    <w:rsid w:val="006F5EEE"/>
    <w:rsid w:val="00781F5D"/>
    <w:rsid w:val="007A11AF"/>
    <w:rsid w:val="007F1BE0"/>
    <w:rsid w:val="00813443"/>
    <w:rsid w:val="00821EA6"/>
    <w:rsid w:val="00825146"/>
    <w:rsid w:val="00865734"/>
    <w:rsid w:val="008D5D59"/>
    <w:rsid w:val="009165B9"/>
    <w:rsid w:val="009168B5"/>
    <w:rsid w:val="00925D1E"/>
    <w:rsid w:val="00934065"/>
    <w:rsid w:val="009E4D6E"/>
    <w:rsid w:val="00A64340"/>
    <w:rsid w:val="00AA1D8D"/>
    <w:rsid w:val="00B47730"/>
    <w:rsid w:val="00B826F1"/>
    <w:rsid w:val="00BA1777"/>
    <w:rsid w:val="00BE2EAD"/>
    <w:rsid w:val="00BF30DE"/>
    <w:rsid w:val="00C04B88"/>
    <w:rsid w:val="00C13FBF"/>
    <w:rsid w:val="00C16EC8"/>
    <w:rsid w:val="00C22586"/>
    <w:rsid w:val="00C27E14"/>
    <w:rsid w:val="00C34BE5"/>
    <w:rsid w:val="00C352D0"/>
    <w:rsid w:val="00C90F7B"/>
    <w:rsid w:val="00CB0664"/>
    <w:rsid w:val="00CC0E1E"/>
    <w:rsid w:val="00CE65C4"/>
    <w:rsid w:val="00D12D61"/>
    <w:rsid w:val="00D26627"/>
    <w:rsid w:val="00D6421C"/>
    <w:rsid w:val="00D878CF"/>
    <w:rsid w:val="00DC500D"/>
    <w:rsid w:val="00DD27E1"/>
    <w:rsid w:val="00DF5089"/>
    <w:rsid w:val="00E62A50"/>
    <w:rsid w:val="00E809A1"/>
    <w:rsid w:val="00ED685D"/>
    <w:rsid w:val="00EE1CFE"/>
    <w:rsid w:val="00F004B7"/>
    <w:rsid w:val="00F140BD"/>
    <w:rsid w:val="00F17FC4"/>
    <w:rsid w:val="00F24998"/>
    <w:rsid w:val="00F27602"/>
    <w:rsid w:val="00F35C60"/>
    <w:rsid w:val="00F67DE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FC236A"/>
  <w14:defaultImageDpi w14:val="300"/>
  <w15:docId w15:val="{677DBB06-5DDB-4A8F-89D5-ED2992CF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color w:val="243447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5DA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28C2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45DA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F5E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Jessica\AppData\Local\Microsoft\Windows\INetCache\Content.Outlook\3RA220VZ\www.investwrit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Jessica Bayer</cp:lastModifiedBy>
  <cp:revision>4</cp:revision>
  <dcterms:created xsi:type="dcterms:W3CDTF">2026-08-20T15:06:00Z</dcterms:created>
  <dcterms:modified xsi:type="dcterms:W3CDTF">2026-08-20T15:25:00Z</dcterms:modified>
  <cp:category/>
</cp:coreProperties>
</file>